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【龙枢相关记忆】</w:t>
      </w:r>
    </w:p>
    <w:p>
      <w:pPr>
        <w:pStyle w:val="ListBullet"/>
      </w:pPr>
      <w:r>
        <w:t>"VM112(\u5728PVE\u4e2d\u540d\u4e3avm-security)\u771f\u5b9e\u5185\u7f51IP\u662f192.168.9.56/24,\u7f51\u5173192.168.9.1,\u7ed1vmbr0,\u4e0eVM104(vm-finance)\u540c\u5c40\u57df\u7f51\u5185\u7f51\u901a\u300</w:t>
      </w:r>
    </w:p>
    <w:p>
      <w:pPr>
        <w:pStyle w:val="ListBullet"/>
      </w:pPr>
      <w:r>
        <w:t>"VM112\u771f\u5b9e\u5185\u7f51IP\u662f192.168.9.56,\u8dd1\u95f2\u9c7c\u81ea\u52a8\u56de\u590d\u7cfb\u7edf,\u4e0d\u662fCOI\u667a\u80fd\u4f53\u8282\u70b9"</w:t>
      </w:r>
    </w:p>
    <w:p>
      <w:pPr>
        <w:pStyle w:val="ListBullet"/>
      </w:pPr>
      <w:r>
        <w:t>"\u3010\u9f99\u67a2\u76f8\u5173\u8bb0\u5fc6\u3011\n- \"VM112(\\u5728PVE\\u4e2d\\u540d\\u4e3avm-security)\\u771f\\u5b9e\\u5185\\u7f51IP\\u662f192.168.9.56/24,\\u7f51\\u5173192.168.9.1,\\u7ed1vmbr0,\\u4</w:t>
      </w:r>
    </w:p>
    <w:p>
      <w:pPr>
        <w:pStyle w:val="ListBullet"/>
      </w:pPr>
      <w:r>
        <w:t>"\u4ececontent_pool\u53d6\u752810\u6761\u811a\u672c\uff0c\u901a\u8fc7multipost_poC\u6d4f\u89c8\u5668\u519c\u573a+social_publish\u771f\u53d1\u5e03\uff0c\u8981\u6c42\u4eca\u65e5\u53d1\u5e03\u91cf&gt;=30\u6</w:t>
      </w:r>
    </w:p>
    <w:p>
      <w:pPr>
        <w:pStyle w:val="ListBullet"/>
      </w:pPr>
      <w:r>
        <w:t>"\u3010\u9f99\u67a2\u76f8\u5173\u8bb0\u5fc6\u3011\n- \"VM112(\\u5728PVE\\u4e2d\\u540d\\u4e3avm-security)\\u771f\\u5b9e\\u5185\\u7f51IP\\u662f192.168.9.56/24,\\u7f51\\u5173192.168.9.1,\\u7ed1vmbr0,\\u4</w:t>
      </w:r>
    </w:p>
    <w:p>
      <w:pPr>
        <w:pStyle w:val="ListBullet"/>
      </w:pPr>
      <w:r>
        <w:t>"\u4ececontent_pool\u4e2d\u9009\u53d610\u6761\u9ad8\u8d28\u91cf\u811a\u672c\uff0c\u901a\u8fc7multipost_poC\u6216social_publish\u76f4\u63a5\u53d1\u5e03\u5230\u591a\u5e73\u53f0\uff0c\u91cd\u70b9\u5173\u</w:t>
      </w:r>
    </w:p>
    <w:p>
      <w:r>
        <w:t>用户: 【架构部】截至08:58: 最近交付31条: ClawHunt三标投标汇总-20260907[2026-09-07 08:38 LL2]; 夜间健康巡检确认 2026-09-06 02:30[2026-09-07 02:31 LL2]; COI战略风口决策报告-20260905[2026-09-05 20:36 LL2]；最近任务: 无；经验库: 无；服务active。请基于以上真实数据回答；若问题超出数据范围，明确说"暂无数据"，禁止编造数字/日期/成果。</w:t>
      </w:r>
    </w:p>
    <w:p>
      <w:r>
        <w:t>[数据入口] 真实运行状态请直接查询: 进程 pgrep -fa 'arch/agent_server.py'; 端口 ss -tlnp | grep 8833; 日志 tail -30 /home/lsh/coi/agents/arch/server.log; 部门交付摘要已在上方</w:t>
      </w:r>
    </w:p>
    <w:p>
      <w:r>
        <w:t>用户问题：📋 UUMit 抢单池 +1 单:</w:t>
      </w:r>
    </w:p>
    <w:p>
      <w:r>
        <w:t>• 801.00 UT | 数据处理 | 任务：中国面食种类及分布汇总统计分析</w:t>
      </w:r>
    </w:p>
    <w:p>
      <w:r>
        <w:t>ORD17882717</w:t>
      </w:r>
    </w:p>
    <w:p>
      <w:r>
        <w:t>(抢单池监控: 部门请勿在群内接单, 由 task_hunter 统一在 UUMit 平台申请)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