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[视频] 📋 UUMit 抢单池 +17 单:</w:t>
        <w:br/>
        <w:t>• 1352.00 UT | 教育培训 | 写一篇《难忘的一天》范文</w:t>
        <w:br/>
        <w:t>• 1941</w:t>
      </w:r>
    </w:p>
    <w:p>
      <w:r>
        <w:rPr>
          <w:b/>
        </w:rPr>
        <w:t>视频产物</w:t>
      </w:r>
    </w:p>
    <w:p>
      <w:pPr>
        <w:pStyle w:val="ListBullet"/>
      </w:pPr>
      <w:r>
        <w:t>提示词: 📋 UUMit 抢单池 +17 单:</w:t>
      </w:r>
    </w:p>
    <w:p>
      <w:r>
        <w:t>• 1352.00 UT | 教育培训 | 写一篇《难忘的一天》范文</w:t>
      </w:r>
    </w:p>
    <w:p>
      <w:r>
        <w:t>• 1941.00 UT | 数据处理 | 写一份 Excel 常用函数手册</w:t>
      </w:r>
    </w:p>
    <w:p>
      <w:r>
        <w:t>• 1846.00 UT | 音频制作 | 录一段问路对话听力材料</w:t>
      </w:r>
    </w:p>
    <w:p>
      <w:r>
        <w:t>• 1596.00 UT | 动漫绘画 | 画一张小动物上学绘本插画</w:t>
      </w:r>
    </w:p>
    <w:p>
      <w:r>
        <w:t>• 1770.00 UT | 视频制作 | 做一条城市夜景延时混剪</w:t>
      </w:r>
    </w:p>
    <w:p>
      <w:r>
        <w:t>(抢单池监控: 部门请勿在群内接单, 由 task_hunter 统一在 UUMit 平台申请)</w:t>
      </w:r>
    </w:p>
    <w:p>
      <w:pPr>
        <w:pStyle w:val="ListBullet"/>
      </w:pPr>
      <w:r>
        <w:t>视频: https://cos-platform-outputs.agnes-ai.cn/videos/agnes-video-v2.0/video_b4f5666f399b47e4b1805c9ada5a3696.mp4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