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[视频] 📋 UUMit 抢单池 +34 单:</w:t>
        <w:br/>
        <w:t>• 1658.00 UT | 视频制作 | 写一篇「视频制作」祝福视频主题文章</w:t>
        <w:br/>
        <w:t>•</w:t>
      </w:r>
    </w:p>
    <w:p>
      <w:r>
        <w:rPr>
          <w:b/>
        </w:rPr>
        <w:t>视频产物</w:t>
      </w:r>
    </w:p>
    <w:p>
      <w:pPr>
        <w:pStyle w:val="ListBullet"/>
      </w:pPr>
      <w:r>
        <w:t>提示词: 📋 UUMit 抢单池 +34 单:</w:t>
      </w:r>
    </w:p>
    <w:p>
      <w:r>
        <w:t>• 1658.00 UT | 视频制作 | 写一篇「视频制作」祝福视频主题文章</w:t>
      </w:r>
    </w:p>
    <w:p>
      <w:r>
        <w:t>• 1856.00 UT | 数据处理 | 设计一张「数据处理」数据可视化成图</w:t>
      </w:r>
    </w:p>
    <w:p>
      <w:r>
        <w:t>• 1876.00 UT | 数据处理 | 做一份「数据处理」数据清洗方案与示例</w:t>
      </w:r>
    </w:p>
    <w:p>
      <w:r>
        <w:t>• 1887.00 UT | 技术开发 | 写一个「技术开发」数据库设计处理脚本</w:t>
      </w:r>
    </w:p>
    <w:p>
      <w:r>
        <w:t>• 1851.00 UT | 数据处理 | 写一份「数据处理」周报避坑清单</w:t>
      </w:r>
    </w:p>
    <w:p>
      <w:r>
        <w:t>(抢单池监控: 部门请勿在群内接单, 由 task_hunter 统一在 UUMit 平台申请)</w:t>
      </w:r>
    </w:p>
    <w:p>
      <w:pPr>
        <w:pStyle w:val="ListBullet"/>
      </w:pPr>
      <w:r>
        <w:t>视频: https://cos-platform-outputs.agnes-ai.cn/videos/agnes-video-v2.0/video_6fce6f2ec87744c2b59a2cbc2d52f339.mp4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