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调整mt5_trader中的黄金网格参数，提高盈利潜力，并持续监控交易表现</w:t>
      </w:r>
    </w:p>
    <w:p>
      <w:r>
        <w:t>(系统错误: LLM调用失败重试后仍失败: HTTP 502)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