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从mt5_trader获取最新A股起涨信号，关联content_pool中对应行</w:t>
      </w:r>
    </w:p>
    <w:p>
      <w:r>
        <w:t>{"thought": "LLM调用失败(已重试3次): HTTP 502", "action": "respond", "content": "(系统错误: LLM调用失败重试后仍失败: HTTP 502)"}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