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调用mt5_trader查询今日网格交易成交明细，计算实际盈亏，如有收益转入财务</w:t>
      </w:r>
    </w:p>
    <w:p>
      <w:r>
        <w:t>(系统错误: LLM调用失败重试后仍失败: HTTP 502)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