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查询未匹配账单详情，联系对应客户完成收款确认，处理差异</w:t>
      </w:r>
    </w:p>
    <w:p>
      <w:r>
        <w:t>(系统错误: LLM调用失败重试后仍失败: HTTP 502)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