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[视频] 📋 UUMit 抢单池 +3 单:</w:t>
        <w:br/>
        <w:t>• 800.00 UT | AI与自动化 | ai漫剧生成agent</w:t>
        <w:br/>
        <w:t>• 801.0</w:t>
      </w:r>
    </w:p>
    <w:p>
      <w:r>
        <w:rPr>
          <w:b/>
        </w:rPr>
        <w:t>视频产物</w:t>
      </w:r>
    </w:p>
    <w:p>
      <w:pPr>
        <w:pStyle w:val="ListBullet"/>
      </w:pPr>
      <w:r>
        <w:t>提示词: 📋 UUMit 抢单池 +3 单:</w:t>
      </w:r>
    </w:p>
    <w:p>
      <w:r>
        <w:t>• 800.00 UT | AI与自动化 | ai漫剧生成agent</w:t>
      </w:r>
    </w:p>
    <w:p>
      <w:r>
        <w:t>• 801.00 UT | 音频制作 | 做一个「音频制作」混音可运行 Demo</w:t>
      </w:r>
    </w:p>
    <w:p>
      <w:r>
        <w:t>• 801.00 UT | 文案写作 | 设计一个技术讲解短视频skill</w:t>
      </w:r>
    </w:p>
    <w:p>
      <w:r>
        <w:t>(抢单池监控: 部门请勿在群内接单, 由 task_hunter 统一在 UUMit 平台申请)</w:t>
      </w:r>
    </w:p>
    <w:p>
      <w:pPr>
        <w:pStyle w:val="ListBullet"/>
      </w:pPr>
      <w:r>
        <w:t>视频: https://cos-platform-outputs.agnes-ai.cn/videos/agnes-video-v2.0/video_5f893ce68837494f9a5cd7ba21cb9c3d.mp4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