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使用mt5_trader进行实盘黄金网格交易</w:t>
      </w:r>
    </w:p>
    <w:p>
      <w:r>
        <w:t>(任务完成)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