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核查data_fabric 8846/api/dept-data中未匹配1笔的客</w:t>
      </w:r>
    </w:p>
    <w:p>
      <w:r>
        <w:t>(系统错误: LLM调用失败重试后仍失败: HTTP 502)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