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部门产出 · 使用astock_scanner获取最新信号并通过social_publish发</w:t>
      </w:r>
    </w:p>
    <w:p>
      <w:r>
        <w:t>根据我的检查，</w:t>
      </w:r>
      <w:r>
        <w:rPr>
          <w:b/>
        </w:rPr>
        <w:t>当前系统不具备此完整流程的能力</w:t>
      </w:r>
      <w:r>
        <w:t>：</w:t>
      </w:r>
    </w:p>
    <w:p>
      <w:pPr>
        <w:pStyle w:val="Heading2"/>
      </w:pPr>
      <w:r>
        <w:t>现状说明</w:t>
      </w:r>
    </w:p>
    <w:p>
      <w:r>
        <w:rPr>
          <w:b/>
        </w:rPr>
        <w:t>1. 股票信号获取</w:t>
      </w:r>
    </w:p>
    <w:p>
      <w:pPr>
        <w:pStyle w:val="ListBullet"/>
      </w:pPr>
      <w:r>
        <w:t xml:space="preserve">❌ </w:t>
      </w:r>
      <w:r>
        <w:rPr>
          <w:rFonts w:ascii="Consolas" w:hAnsi="Consolas"/>
        </w:rPr>
        <w:t>astock_scanner</w:t>
      </w:r>
      <w:r>
        <w:t xml:space="preserve"> 工具不存在</w:t>
      </w:r>
    </w:p>
    <w:p>
      <w:pPr>
        <w:pStyle w:val="ListBullet"/>
      </w:pPr>
      <w:r>
        <w:t xml:space="preserve">⚠️ 有 </w:t>
      </w:r>
      <w:r>
        <w:rPr>
          <w:rFonts w:ascii="Consolas" w:hAnsi="Consolas"/>
        </w:rPr>
        <w:t>stock_analysis</w:t>
      </w:r>
      <w:r>
        <w:t>（vm-investment），但仅支持获取 MA/RSI 等基础技术指标</w:t>
      </w:r>
    </w:p>
    <w:p>
      <w:pPr>
        <w:pStyle w:val="ListBullet"/>
      </w:pPr>
      <w:r>
        <w:t>该工具调用东方财富 API 时出现错误，可能接口已变更</w:t>
      </w:r>
    </w:p>
    <w:p>
      <w:r>
        <w:rPr>
          <w:b/>
        </w:rPr>
        <w:t>2. 社交媒体发布</w:t>
      </w:r>
    </w:p>
    <w:p>
      <w:pPr>
        <w:pStyle w:val="ListBullet"/>
      </w:pPr>
      <w:r>
        <w:t xml:space="preserve">❌ </w:t>
      </w:r>
      <w:r>
        <w:rPr>
          <w:rFonts w:ascii="Consolas" w:hAnsi="Consolas"/>
        </w:rPr>
        <w:t>social_publish</w:t>
      </w:r>
      <w:r>
        <w:t xml:space="preserve"> 工具不存在</w:t>
      </w:r>
    </w:p>
    <w:p>
      <w:pPr>
        <w:pStyle w:val="ListBullet"/>
      </w:pPr>
      <w:r>
        <w:t xml:space="preserve">⚠️ 有 </w:t>
      </w:r>
      <w:r>
        <w:rPr>
          <w:rFonts w:ascii="Consolas" w:hAnsi="Consolas"/>
        </w:rPr>
        <w:t>social_post</w:t>
      </w:r>
      <w:r>
        <w:t>（vm-trader），但</w:t>
      </w:r>
      <w:r>
        <w:rPr>
          <w:b/>
        </w:rPr>
        <w:t>仅调用 LLM 生成分析文案</w:t>
      </w:r>
      <w:r>
        <w:t>，并非实际发布到微博/抖音</w:t>
      </w:r>
    </w:p>
    <w:p>
      <w:pPr>
        <w:pStyle w:val="ListBullet"/>
      </w:pPr>
      <w:r>
        <w:t>无微博/抖音账号接入、无 OAuth 授权、无实际发布接口</w:t>
      </w:r>
    </w:p>
    <w:p>
      <w:r>
        <w:t>────────────────────────────────────</w:t>
      </w:r>
    </w:p>
    <w:p>
      <w:pPr>
        <w:pStyle w:val="Heading2"/>
      </w:pPr>
      <w:r>
        <w:t>可替代方案</w:t>
      </w:r>
    </w:p>
    <w:p>
      <w:r>
        <w:t>如果你想实现"股票信号监控+自动发布"，需要：</w:t>
      </w:r>
    </w:p>
    <w:p>
      <w:pPr>
        <w:pStyle w:val="ListNumber"/>
      </w:pPr>
      <w:r>
        <w:rPr>
          <w:b/>
        </w:rPr>
        <w:t>开发 astock_scanner</w:t>
      </w:r>
      <w:r>
        <w:t xml:space="preserve"> - 接入实时行情 API（如 Tushare、AKShare）</w:t>
      </w:r>
    </w:p>
    <w:p>
      <w:pPr>
        <w:pStyle w:val="ListNumber"/>
      </w:pPr>
      <w:r>
        <w:rPr>
          <w:b/>
        </w:rPr>
        <w:t>开发 social_publish</w:t>
      </w:r>
      <w:r>
        <w:t xml:space="preserve"> - 接入微博开放平台 + 抖音企业号 API</w:t>
      </w:r>
    </w:p>
    <w:p>
      <w:pPr>
        <w:pStyle w:val="ListNumber"/>
      </w:pPr>
      <w:r>
        <w:rPr>
          <w:b/>
        </w:rPr>
        <w:t>配置账号认证</w:t>
      </w:r>
      <w:r>
        <w:t xml:space="preserve"> - 需要鲁哥确认的 OAuth token</w:t>
      </w:r>
    </w:p>
    <w:p>
      <w:r>
        <w:t>────────────────────────────────────</w:t>
      </w:r>
    </w:p>
    <w:p>
      <w:r>
        <w:rPr>
          <w:b/>
        </w:rPr>
        <w:t>需要我现在开始开发这两个工具吗？</w:t>
      </w:r>
      <w:r>
        <w:t xml:space="preserve"> 或者你有其他更具体的需求？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