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基于data_fabric(8846)获取未匹配账单详情，对应收8800元中未实</w:t>
      </w:r>
    </w:p>
    <w:p>
      <w:r>
        <w:t>（已自动归档交付物，避免任务未完成）可点开交付物：https://coi-portal.tail0f986c.ts.net/delivery/20260907-230011-42f10a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