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调用astock_scanner执行一次全市场扫描，输出前5只起涨股名单及入场信</w:t>
      </w:r>
    </w:p>
    <w:p>
      <w:r>
        <w:rPr>
          <w:rFonts w:ascii="Consolas" w:hAnsi="Consolas"/>
          <w:color w:val="1F3A5F"/>
          <w:sz w:val="18"/>
        </w:rPr>
        <w:t>{</w:t>
        <w:br/>
        <w:t xml:space="preserve">  "thought": "用户要求调用astock_scanner执行全市场扫描，输出前5只起涨股名单及入场信号，结果推送至mt5_trader和content_pool。\n\n我需要先理清几个问题：\n\n1. **能力边界**：我的L1技能列表里并没有 `astock_scanner` 这个工具。我拥有的交易相关技能是：dark_pool_ops、execution_algo、impact_model、liquidity_mgr、order_book_analyze、order_flow、order_manage、position_sizing、price_monitor、stop_loss_mgt。\n\n2. **推送目标**：mt5_trader 和 content_pool 也不在我可直接调用的工具范围内。我有 vm_mcp、cmdop_file_op 可以操作远程Agent或VM，但没有针对 mt5_trader 或 content_pool 的专用推送接口。\n\n3. **身份边界**：根据 SOUL.md，我不应替投资部/金融/交易操盘部门做行情判断或操盘决策。全市场扫描找"起涨股"属于研究/选股范畴，是投资部（龙眼）的职责，不是交易执行（龙手）的职责。\n\n4. **数据真实性红线**：当前显示"最近任务: 无"，我没有真实的扫描数据可以输出，禁止编造股票代码、入场信号、价格等数字。\n\n所以这个请求我无法执行——既没有对应工具，也不在我的职责范围内，更没有真实数据支撑。我必须明确说明，而不是瞎编5只股票出来。",</w:t>
        <w:br/>
        <w:t xml:space="preserve">  "action": "respond",</w:t>
        <w:br/>
        <w:t xml:space="preserve">  "content": "这个任务我接不了，跟你说清楚原因：\n\n**1. 工具不在我的能力清单里**\n我手头的交易类技能只有：execution_algo、order_manage、stop_loss_mgt、position_sizing、order_book_analyze、order_flow、liquidity_mgr、impact_model、price_monitor、dark_pool_ops。`astock_scanner` 不在其中，没有可调用的接口。\n\n**2. 职责边界不符**\n"全市场扫描找起涨股+入场信号"是研究/选股范畴，按部门分工是**投资部（龙眼）**的活，不是交易部（龙手）的活。我能做的是：拿到龙眼的信号后，做执行方案、下单、仓位管理、止盈止损。\n\n**3. 推送通道也没有**\n`mt5_trader` 和 `content_pool` 不在我可直接调用的目标列表里（我只有 vm_mcp 操作VM、cmdop_file_op 操作Agent文件的能力），没有专用推送接口。\n\n**4. 数据红线**\n当前部门状态显示"最近任务: 无"，没有任何扫描结果可输出。我不会编5只股票名+入场价给你，那是造假。\n\n---\n\n**建议你这么走：**\n\n- 把"全市场扫描 + 起涨股筛选 + 入场信号"这个需求**派给投资部（龙眼）**，让他们出名单和信号；\n- 信号落地后交回给我（龙手），我来做：执行方案（拆单算法/下单节奏）、仓位分配、止盈止损单挂设、执行结果回写到 `/mnt/coi-share/trader/outbox/`；\n- mt5_trader 和 content_pool 的推送通道，你得先确认是走共享盘落盘、还是走 API 回调，我才能接。\n\n要不要我帮你起草一条派给龙眼的协同工单？"</w:t>
        <w:br/>
        <w:t>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