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使用news_server获取实时新闻数据，结合gen_publish生成针对性</w:t>
      </w:r>
    </w:p>
    <w:p>
      <w:r>
        <w:rPr>
          <w:rFonts w:ascii="Consolas" w:hAnsi="Consolas"/>
          <w:color w:val="1F3A5F"/>
          <w:sz w:val="18"/>
        </w:rPr>
        <w:t>{</w:t>
        <w:br/>
        <w:t xml:space="preserve">  "thought": "用户提出了一个工作流请求：使用news_server获取实时新闻数据，结合gen_publish生成针对性内容，并通过multipost_poC发布到多个社交媒体平台。\n\n我需要先分析这些工具是否可用：\n1. news_server - 我的可用工具列表中没有这个\n2. gen_publish - 我的可用工具列表中有 'gen' 但没有 'gen_publish'\n3. multipost_poC - 我的可用工具列表中没有这个\n\n根据数据真实性红线，我不能编造不存在的工具调用结果。也没有看到软件部有相关集成这些平台的配置记录。",</w:t>
        <w:br/>
        <w:t xml:space="preserve">  "action": "respond",</w:t>
        <w:br/>
        <w:t xml:space="preserve">  "content": "鲁哥好，截至00:47，**此需求暂无法执行**，原因如下：\n\n## 一、所需工具不在当前能力清单\n\n| 需求工具 | 状态 | 我的L1/L3工具 | 备注 |\n|---|---|---|---|\n| `news_server`（实时新闻抓取） | ❌ 无 | 无对应Skill | 仅有 `http_get`/`site_fetch`/`web_learn`，无新闻源适配器 |\n| `gen_publish`（内容生成） | ️ 部分 | 仅有 `gen`（通用生成） | 无专用"发布向"内容模板 |\n| `multipost_poC`（多平台一键发布） | ❌ 无 | 无对应Skill | 无任何社交平台发布适配器 |\n\n## 二、平台集成情况\n\n部门交付摘要显示最近5条均为 L2 内部任务（部门对话、小程序开发、文章抓取测试），**暂无多平台发布相关集成记录**。`integration_config` 技能虽在列，但当前没有任何已对接的社交平台账号。\n\n## 三、合规边界提醒\n\n按 SOUL.md 与数据真实性红线：\n- 未经安全审查的第三方依赖不能直接引入（多平台 SDK 属此类）\n- 无真实数据/无工具支撑时，绝不能编造"已发布/已抓取/已生成"的结果\n\n## 四、可行推进路径\n\n如果要做这件事，建议分两步走：\n\n**Step 1 - 我先做 POC 评估（无需外部账号）**\n1. 用 `site_fetch` 抓几个公开新闻源（如新浪/澎湃 RSS），验证抓取可行性\n2. 用 `gen` 基于抓到的新闻草拟 1 篇多平台适配文案（公众号长文 + 微博短文 + 小红书种草文）\n3. 出个《多平台自动发布方案设计》交付物（含架构图、接口定义、风险评估）\n\n**Step 2 - 平台接入**\n需要鲁哥确认接入哪些平台（公众号/微博/小红书/知乎/B站…），并提供对应平台的开放平台账号/API 凭证，我走 `integration_config` 走接入流程。\n\n---\n\n请鲁哥拍板：\n- 是否先做 Step 1 POC？\n- 目标平台清单？\n\n确认后我立即动手，绝不空喊"已完成"。"</w:t>
        <w:br/>
        <w:t>}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