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调用astock_scanner执行全市场扫描，筛选出3-5只具备起涨形态的股票</w:t>
      </w:r>
    </w:p>
    <w:p>
      <w:r>
        <w:t>暂无此能力。我没有 astock_scanner 工具，部门最近交付也全是视频类任务（UUMit 抢单池），没有股票扫描相关经验。建议联系系统管理员确认该工具是否已部署，或改用其他已有能力处理。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