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读取 content_pool 中批次2的短视频脚本，调用 multipost_</w:t>
      </w:r>
    </w:p>
    <w:p>
      <w:r>
        <w:t>{"thought": "content_pool目录只有一个verify_real.json文件，没有批次2的短视频脚本。用户提到的"批次2"可能指的是其他位置或命名方式。让我检查一下其他可能的路径，包括maker目录和经验库中提到的文件位置。", "action": "shell_exec", "params": {"command": "find /home/lsh -type f \\( -name '*批次*' -o -name '*batch*2*' -o -name '*script*' \\) 2&gt;/dev/null | head -30; ls -la /home/lsh/coi/agents/maker/ 2&gt;/dev/null | head -20"}}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