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 xml:space="preserve">【智造部】截至02:33: 最近交付96条: [视频] 📋 UUMit 抢单池 </w:t>
      </w:r>
    </w:p>
    <w:p>
      <w:r>
        <w:t>OK，夜间健康巡检通过 ✅</w:t>
      </w:r>
    </w:p>
    <w:p>
      <w:r>
        <w:t>巡检确认单已生成：https://coi-portal.tail0f986c.ts.net/delivery/20260907-023244-aa2fab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