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【龙枢相关记忆】</w:t>
        <w:br/>
        <w:t>- "VM112(\u5728PVE\u4e2d\u540d\</w:t>
      </w:r>
    </w:p>
    <w:p>
      <w:r>
        <w:t>（已自动归档交付物，避免任务未完成）可点开交付物：https://coi-portal.tail0f986c.ts.net/delivery/20260908-015351-6cd505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