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调用 astock_scanner 接口执行全市场扫描，筛选出符合 accumu</w:t>
      </w:r>
    </w:p>
    <w:p>
      <w:r>
        <w:t xml:space="preserve">⚠️ </w:t>
      </w:r>
      <w:r>
        <w:rPr>
          <w:b/>
        </w:rPr>
        <w:t>超出职责与能力范围，无法执行</w:t>
      </w:r>
    </w:p>
    <w:p>
      <w:pPr>
        <w:pStyle w:val="ListNumber"/>
      </w:pPr>
      <w:r>
        <w:rPr>
          <w:b/>
        </w:rPr>
        <w:t>工具不支持</w:t>
      </w:r>
      <w:r>
        <w:t xml:space="preserve">：我当前可用的 L1/L3 技能中无 </w:t>
      </w:r>
      <w:r>
        <w:rPr>
          <w:rFonts w:ascii="Consolas" w:hAnsi="Consolas"/>
        </w:rPr>
        <w:t>astock_scanner</w:t>
      </w:r>
      <w:r>
        <w:t>、</w:t>
      </w:r>
      <w:r>
        <w:rPr>
          <w:rFonts w:ascii="Consolas" w:hAnsi="Consolas"/>
        </w:rPr>
        <w:t>vm-trader</w:t>
      </w:r>
      <w:r>
        <w:t xml:space="preserve"> 或任何股票量化扫描接口，无法调用。</w:t>
      </w:r>
    </w:p>
    <w:p>
      <w:pPr>
        <w:pStyle w:val="ListNumber"/>
      </w:pPr>
      <w:r>
        <w:rPr>
          <w:b/>
        </w:rPr>
        <w:t>职责不匹配</w:t>
      </w:r>
      <w:r>
        <w:t>：我是 COI 智能企业系统的</w:t>
      </w:r>
      <w:r>
        <w:rPr>
          <w:b/>
        </w:rPr>
        <w:t>法务部主管 - 龙法</w:t>
      </w:r>
      <w:r>
        <w:t>，职责限于合同审查、合规体检、法律风险提示（依据《民法典》《公司法》《劳动法》等）。股票筛选、起涨点判断、策略匹配属于</w:t>
      </w:r>
      <w:r>
        <w:rPr>
          <w:b/>
        </w:rPr>
        <w:t>投研/交易部门</w:t>
      </w:r>
      <w:r>
        <w:t>范畴，非法务职能。</w:t>
      </w:r>
    </w:p>
    <w:p>
      <w:pPr>
        <w:pStyle w:val="ListNumber"/>
      </w:pPr>
      <w:r>
        <w:rPr>
          <w:b/>
        </w:rPr>
        <w:t>无相关数据</w:t>
      </w:r>
      <w:r>
        <w:t>：截至 04:03，部门最近交付仅 3 条对话记录（民法典咨询、法律问答），无股票、量化、交易类任务或数据。</w:t>
      </w:r>
    </w:p>
    <w:p>
      <w:r>
        <w:t>如需执行股票扫描与策略匹配，请转交至</w:t>
      </w:r>
      <w:r>
        <w:rPr>
          <w:b/>
        </w:rPr>
        <w:t>交易部/投研部</w:t>
      </w:r>
      <w:r>
        <w:t>或其专属智能体处理。</w:t>
      </w:r>
    </w:p>
    <w:p>
      <w:r>
        <w:t>────────────────────────────────────</w:t>
      </w:r>
    </w:p>
    <w:p>
      <w:r>
        <w:t>⚠️ AI辅助，正式法律文件请经执业律师把关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