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部门产出 · 从 content_pool 中选取批次2的脚本，调用 gen_publish </w:t>
      </w:r>
    </w:p>
    <w:p>
      <w:r>
        <w:t>视频已生成 ✅</w:t>
      </w:r>
    </w:p>
    <w:p>
      <w:r>
        <w:t>{'success': True, 'result': 'https://aoss.cn-sh-01.sensecoreapi-oss.cn/nova-clotho-images-sh02/image/019e5a90-5bd7-7523-b34d-d6e6e0642a85/2026/9/7/44f9065b-ca02-40ed-95c2-178a42db30de_0.png?X-Amz-Algorithm=AWS4-HMAC-SHA256&amp;X-Amz-Credential=7EA4DE1929F0442E9402B33E0B6EEF70%2F20260907%2Fus-east-1%2Fs3%2Faws4_request&amp;X-Amz-Date=20260907T200359Z&amp;X-Amz-Expires=86400&amp;X-Amz-SignedHeaders=host&amp;X-Amz-Signature=25b9f53de337ca03785f1ea9a9c94f822456cec0150d918e2b49bb4d08076ef3', 'model': 'sensenova-u1-fast', 'status': '已降级为封面帧', 'note': '提交失败(timed out), 降级封面帧; 已退化为封面帧图片'}</w:t>
      </w:r>
    </w:p>
    <w:p>
      <w:r>
        <w:t>（描述：【智造部】截至04:03: 最近交付96条: [视频] 📋 UUMit 抢单池 +3 单:</w:t>
      </w:r>
    </w:p>
    <w:p>
      <w:r>
        <w:t>• 800.00 UT | AI与[2026-09-07 18:26 LL3]; [视频] 📋 UUMit 抢单池 +34 单:</w:t>
      </w:r>
    </w:p>
    <w:p>
      <w:r>
        <w:t>• 1658.00）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