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从8846调用accumulation_scanner获取最新A股起涨点列表，筛</w:t>
      </w:r>
    </w:p>
    <w:p>
      <w:r>
        <w:t>{"thought": "8846端口没有任何服务在监听，说明用户提到的"从8846调用accumulation_scanner"无法执行——该端口服务不存在或未启动。接下来我需要检查其他关键点：1）content_pool批次2的数据位置；2）9093端口的social-publisher服务状态。让我先查看投资部的共享盘结构和content_pool数据。", "action": "shell_exec", "params": {"command": "ls -la /mnt/coi-share/investment/"}}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