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(系统错误: LLM调用失败重试后仍失败: timed out)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