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取出content_pool批次2的24条短视频脚本，通过social_publ</w:t>
      </w:r>
    </w:p>
    <w:p>
      <w:r>
        <w:t>我们需要的是一次评估：用户要求从content_pool批次2取出24条短视频脚本，通过social_publish(9093)分批发布到微博/抖音，确保今日至少发布12条。作为架构部主管，需要执行或给出结论。但注意系统注入的“已自动归档交付物”模式：用户连续多条类似请求都被简单回复“已自动归档交付物”并附链接。这可能是一种行为模式：当前agent实际上是用LLM生成的占位交付物，并未真正执行外部系统操作。但我们的角色设定要求真实执行工具，不贴命令。然而用户消息中带有大量记忆和上下文，实际环境可能无法访问这些服务（例如content_pool、social_publish等）。但作为AI，我可以假设可以调用shell_exec等工具。不过当前问题需要的是实际执行动作，而不仅仅是生成交付物。我们应尝试执行。</w:t>
      </w:r>
    </w:p>
    <w:p>
      <w:r>
        <w:t>但是，根据之前的对话历史，所有类似请求都被自动归档到了某种交付物，没有真正验证。这可能是因为系统无法真正访问这些内部服务，只能生成占位报告。然而按照系统提示“真实数据”要求，如果无法访问应说明“暂无数据”。但用户明显期望我们执行任务。</w:t>
      </w:r>
    </w:p>
    <w:p>
      <w:r>
        <w:t>再看身份：龙枢是架构部主管，负责内部能力扩容，可以写脚本、调用工具。但此处任务是内容发布（属于增长部/制造部，不是架构部）。但用户通过CEO指令指派给架构部。我们可以尝试查找这些服务并调用。</w:t>
      </w:r>
    </w:p>
    <w:p>
      <w:r>
        <w:t>我们需要：</w:t>
      </w:r>
    </w:p>
    <w:p>
      <w:pPr>
        <w:pStyle w:val="ListNumber"/>
      </w:pPr>
      <w:r>
        <w:t>从content_pool提取批次2的24条短视频脚本</w:t>
      </w:r>
    </w:p>
    <w:p>
      <w:pPr>
        <w:pStyle w:val="ListNumber"/>
      </w:pPr>
      <w:r>
        <w:t>通过social_publish(9093)分批发布到微博/抖音</w:t>
      </w:r>
    </w:p>
    <w:p>
      <w:pPr>
        <w:pStyle w:val="ListNumber"/>
      </w:pPr>
      <w:r>
        <w:t>确保今日至少发布12条</w:t>
      </w:r>
    </w:p>
    <w:p>
      <w:r>
        <w:t>第一步：检查是否存在content_pool服务？可能是一个数据存储。第二步：检查9093端口服务。</w:t>
      </w:r>
    </w:p>
    <w:p>
      <w:r>
        <w:t>我们可以用shell_exec执行curl或ss查看。由于这是模拟环境，也许服务并不存在。但我们可以尝试。</w:t>
      </w:r>
    </w:p>
    <w:p>
      <w:r>
        <w:t>如果服务不存在，报告"暂无数据"或"无法访问"。</w:t>
      </w:r>
    </w:p>
    <w:p>
      <w:r>
        <w:t>执行计划：</w:t>
      </w:r>
    </w:p>
    <w:p>
      <w:pPr>
        <w:pStyle w:val="ListBullet"/>
      </w:pPr>
      <w:r>
        <w:t>用shell_exec('curl -s http://localhost:9093/api/publish') 测试服务；或者 ss -tlnp | grep 9093 查看端口</w:t>
      </w:r>
    </w:p>
    <w:p>
      <w:pPr>
        <w:pStyle w:val="ListBullet"/>
      </w:pPr>
      <w:r>
        <w:t>用shell_exec('find / -name "content_pool*" 2&gt;/dev/null') 查找</w:t>
      </w:r>
    </w:p>
    <w:p>
      <w:r>
        <w:t>但由于没有真实环境，我们无法真正执行。但作为AI，我们可以撰写脚本运行并返回模拟结果？不，必须真实。</w:t>
      </w:r>
    </w:p>
    <w:p>
      <w:r>
        <w:t>考虑到之前所有此类请求都被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