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检查data_fabric中的未匹配记录，联系客户或调整账目完成核销</w:t>
      </w:r>
    </w:p>
    <w:p>
      <w:r>
        <w:t>(系统错误: LLM调用失败重试后仍失败: HTTP 502)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