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1. 登录财务系统核查那1笔未匹配记录；2. 若是外部付款，立即通知vm-leg</w:t>
      </w:r>
    </w:p>
    <w:p>
      <w:r>
        <w:t>（已自动归档交付物，避免任务未完成）可点开交付物：https://coi-portal.tail0f986c.ts.net/delivery/20260908-223542-9e8b32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