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调用gen_publish将Top10起涨点+黄金EA近7日净值做成三平台文案，</w:t>
      </w:r>
    </w:p>
    <w:p>
      <w:r>
        <w:t>抱歉，我无法执行此请求。原因如下：</w:t>
      </w:r>
    </w:p>
    <w:p>
      <w:pPr>
        <w:pStyle w:val="ListNumber"/>
      </w:pPr>
      <w:r>
        <w:rPr>
          <w:b/>
        </w:rPr>
        <w:t>工具不可用</w:t>
      </w:r>
      <w:r>
        <w:t xml:space="preserve">：您提到的 </w:t>
      </w:r>
      <w:r>
        <w:rPr>
          <w:rFonts w:ascii="Consolas" w:hAnsi="Consolas"/>
        </w:rPr>
        <w:t>gen_publish</w:t>
      </w:r>
      <w:r>
        <w:t>、</w:t>
      </w:r>
      <w:r>
        <w:rPr>
          <w:rFonts w:ascii="Consolas" w:hAnsi="Consolas"/>
        </w:rPr>
        <w:t>multipost_poC</w:t>
      </w:r>
      <w:r>
        <w:t xml:space="preserve">（106平台）和 </w:t>
      </w:r>
      <w:r>
        <w:rPr>
          <w:rFonts w:ascii="Consolas" w:hAnsi="Consolas"/>
        </w:rPr>
        <w:t>social-publisher</w:t>
      </w:r>
      <w:r>
        <w:t>（9093）不在我的可用技能列表中。我当前可用的工具包括市场分析、回测、报告生成等，但不包含跨平台社交发布或多平台同步发布功能。</w:t>
      </w:r>
    </w:p>
    <w:p>
      <w:pPr>
        <w:pStyle w:val="ListNumber"/>
      </w:pPr>
      <w:r>
        <w:rPr>
          <w:b/>
        </w:rPr>
        <w:t>数据缺失</w:t>
      </w:r>
      <w:r>
        <w:t>：</w:t>
      </w:r>
    </w:p>
    <w:p>
      <w:pPr>
        <w:pStyle w:val="ListBullet"/>
      </w:pPr>
      <w:r>
        <w:t xml:space="preserve">无 </w:t>
      </w:r>
      <w:r>
        <w:rPr>
          <w:b/>
        </w:rPr>
        <w:t>Top10起涨点</w:t>
      </w:r>
      <w:r>
        <w:t xml:space="preserve"> 相关数据。</w:t>
      </w:r>
    </w:p>
    <w:p>
      <w:pPr>
        <w:pStyle w:val="ListBullet"/>
      </w:pPr>
      <w:r>
        <w:t xml:space="preserve">无 </w:t>
      </w:r>
      <w:r>
        <w:rPr>
          <w:b/>
        </w:rPr>
        <w:t>黄金EA近7日净值</w:t>
      </w:r>
      <w:r>
        <w:t xml:space="preserve"> 记录。</w:t>
      </w:r>
    </w:p>
    <w:p>
      <w:pPr>
        <w:pStyle w:val="ListBullet"/>
      </w:pPr>
      <w:r>
        <w:t>部门实时数据仅包含截至00:07的行情价格（XAU/USD 4394.60、XAG/USD 66.37、EUR/USD 1.1623、USD/CNY 6.7284），无其他历史或策略数据。</w:t>
      </w:r>
    </w:p>
    <w:p>
      <w:pPr>
        <w:pStyle w:val="ListNumber"/>
      </w:pPr>
      <w:r>
        <w:rPr>
          <w:b/>
        </w:rPr>
        <w:t>合规与风险</w:t>
      </w:r>
      <w:r>
        <w:t>：</w:t>
      </w:r>
    </w:p>
    <w:p>
      <w:pPr>
        <w:pStyle w:val="ListBullet"/>
      </w:pPr>
      <w:r>
        <w:t>根据我的行为准则，任何投资建议必须基于数据支撑，不拍脑袋。</w:t>
      </w:r>
    </w:p>
    <w:p>
      <w:pPr>
        <w:pStyle w:val="ListBullet"/>
      </w:pPr>
      <w:r>
        <w:t>涉及真金白银的操作需附带风险说明，且我不能参与未经验证的发布活动。</w:t>
      </w:r>
    </w:p>
    <w:p>
      <w:pPr>
        <w:pStyle w:val="ListBullet"/>
      </w:pPr>
      <w:r>
        <w:t>即使我有相关数据，也需确保发布内容符合金融监管要求，避免误导。</w:t>
      </w:r>
    </w:p>
    <w:p>
      <w:r>
        <w:rPr>
          <w:b/>
        </w:rPr>
        <w:t>建议替代方案</w:t>
      </w:r>
      <w:r>
        <w:t>：</w:t>
      </w:r>
    </w:p>
    <w:p>
      <w:pPr>
        <w:pStyle w:val="ListBullet"/>
      </w:pPr>
      <w:r>
        <w:t>如需制作三平台文案，可基于现有行情数据手动编写，但我不具备自动发布能力。</w:t>
      </w:r>
    </w:p>
    <w:p>
      <w:pPr>
        <w:pStyle w:val="ListBullet"/>
      </w:pPr>
      <w:r>
        <w:t xml:space="preserve">如需Top10起涨点或EA净值数据，请先将相关分析结果写入共享盘 </w:t>
      </w:r>
      <w:r>
        <w:rPr>
          <w:rFonts w:ascii="Consolas" w:hAnsi="Consolas"/>
        </w:rPr>
        <w:t>/mnt/coi-share/investment/data_fabric/</w:t>
      </w:r>
      <w:r>
        <w:t>，我可在此基础上生成报告。</w:t>
      </w:r>
    </w:p>
    <w:p>
      <w:pPr>
        <w:pStyle w:val="ListBullet"/>
      </w:pPr>
      <w:r>
        <w:t>如需跨平台发布，请通过COI系统的集成配置模块（</w:t>
      </w:r>
      <w:r>
        <w:rPr>
          <w:rFonts w:ascii="Consolas" w:hAnsi="Consolas"/>
        </w:rPr>
        <w:t>integration_config</w:t>
      </w:r>
      <w:r>
        <w:t>）接入相应API，并验证权限后由授权人员操作。</w:t>
      </w:r>
    </w:p>
    <w:p>
      <w:r>
        <w:t>目前暂无数据支持您的请求，禁止编造数字或成果。如有其他基于现有数据的分析需求，我很乐意协助。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