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立即从data_fabric(8846)调取未匹配1笔689.48元应收明细,联</w:t>
      </w:r>
    </w:p>
    <w:p>
      <w:r>
        <w:rPr>
          <w:b/>
        </w:rPr>
        <w:t>任务受阻汇报（01:15）</w:t>
      </w:r>
    </w:p>
    <w:p>
      <w:r>
        <w:rPr>
          <w:b/>
        </w:rPr>
        <w:t>问题定位：</w:t>
      </w:r>
    </w:p>
    <w:p>
      <w:pPr>
        <w:pStyle w:val="ListBullet"/>
      </w:pPr>
      <w:r>
        <w:rPr>
          <w:rFonts w:ascii="Consolas" w:hAnsi="Consolas"/>
        </w:rPr>
        <w:t>data_fabric</w:t>
      </w:r>
      <w:r>
        <w:t xml:space="preserve"> 服务端口 8846 当前未监听，健康检查无响应</w:t>
      </w:r>
    </w:p>
    <w:p>
      <w:pPr>
        <w:pStyle w:val="ListBullet"/>
      </w:pPr>
      <w:r>
        <w:t xml:space="preserve">代码库 </w:t>
      </w:r>
      <w:r>
        <w:rPr>
          <w:rFonts w:ascii="Consolas" w:hAnsi="Consolas"/>
        </w:rPr>
        <w:t>/home/lsh</w:t>
      </w:r>
      <w:r>
        <w:t xml:space="preserve"> 下未找到 data_fabric 相关进程或服务配置</w:t>
      </w:r>
    </w:p>
    <w:p>
      <w:pPr>
        <w:pStyle w:val="ListBullet"/>
      </w:pPr>
      <w:r>
        <w:t>该服务目前处于离线状态</w:t>
      </w:r>
    </w:p>
    <w:p>
      <w:r>
        <w:rPr>
          <w:b/>
        </w:rPr>
        <w:t>结果：</w:t>
      </w:r>
      <w:r>
        <w:t xml:space="preserve"> 无法调取689.48元应收明细，对账回款任务暂无法执行。</w:t>
      </w:r>
    </w:p>
    <w:p>
      <w:r>
        <w:rPr>
          <w:b/>
        </w:rPr>
        <w:t>建议动作：</w:t>
      </w:r>
    </w:p>
    <w:p>
      <w:pPr>
        <w:pStyle w:val="ListNumber"/>
      </w:pPr>
      <w:r>
        <w:t>确认 data_fabric 服务的归属和部署位置（是哪个部门/负责人维护）</w:t>
      </w:r>
    </w:p>
    <w:p>
      <w:pPr>
        <w:pStyle w:val="ListNumber"/>
      </w:pPr>
      <w:r>
        <w:t>服务恢复后立即重新执行明细调取</w:t>
      </w:r>
    </w:p>
    <w:p>
      <w:pPr>
        <w:pStyle w:val="ListNumber"/>
      </w:pPr>
      <w:r>
        <w:t>4小时倒计时从服务恢复后开始计算</w:t>
      </w:r>
    </w:p>
    <w:p>
      <w:r>
        <w:t>需我继续排查其他数据源（如 finance/ 目录下的数据库）吗？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