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取用content_pool中24条短视频脚本，通过multipost_poC分</w:t>
      </w:r>
    </w:p>
    <w:p>
      <w:r>
        <w:t>收到，我先查一下系统里 content_pool 和 multipost_poC 的真实情况，确认存在再动手。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