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你是COI的CEO。以下是抓到的风口/趋势要点，请判断：1)哪些值得立即抓住 2</w:t>
      </w:r>
    </w:p>
    <w:p>
      <w:pPr>
        <w:pStyle w:val="Heading2"/>
      </w:pPr>
      <w:r>
        <w:t>🎯 CEO战略风口决策 · 2026-09-09 03:59</w:t>
      </w:r>
    </w:p>
    <w:p>
      <w:pPr>
        <w:pStyle w:val="Heading3"/>
      </w:pPr>
      <w:r>
        <w:t>一句话结论</w:t>
      </w:r>
    </w:p>
    <w:p>
      <w:r>
        <w:t xml:space="preserve">8个风口/趋势点,3个有真实数据支撑,选 </w:t>
      </w:r>
      <w:r>
        <w:rPr>
          <w:b/>
        </w:rPr>
        <w:t>AI Agent智能体 / 低空eVTOL / 黄金现货</w:t>
      </w:r>
      <w:r>
        <w:t xml:space="preserve"> 这3个。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立即抓住 · 3个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落地动作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🥇 </w:t>
            </w:r>
            <w:r>
              <w:rPr>
                <w:b/>
              </w:rPr>
              <w:t>AI Agent智能体平台</w:t>
            </w:r>
          </w:p>
        </w:tc>
        <w:tc>
          <w:tcPr>
            <w:tcW w:type="dxa" w:w="2880"/>
          </w:tcPr>
          <w:p>
            <w:r/>
            <w:r>
              <w:t>创新部+软件部</w:t>
            </w:r>
          </w:p>
        </w:tc>
        <w:tc>
          <w:tcPr>
            <w:tcW w:type="dxa" w:w="2880"/>
          </w:tcPr>
          <w:p>
            <w:r/>
            <w:r>
              <w:t>本周出《企业Agent平台白皮书》(基于MCP/Harness标准), 09-15前完成POC, 集成到COI 12部门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🥈 </w:t>
            </w:r>
            <w:r>
              <w:rPr>
                <w:b/>
              </w:rPr>
              <w:t>低空经济eVTOL商业化</w:t>
            </w:r>
          </w:p>
        </w:tc>
        <w:tc>
          <w:tcPr>
            <w:tcW w:type="dxa" w:w="2880"/>
          </w:tcPr>
          <w:p>
            <w:r/>
            <w:r>
              <w:t>创新部</w:t>
            </w:r>
          </w:p>
        </w:tc>
        <w:tc>
          <w:tcPr>
            <w:tcW w:type="dxa" w:w="2880"/>
          </w:tcPr>
          <w:p>
            <w:r/>
            <w:r>
              <w:t>跟踪《中国低空经济发展指数报告(2026)》(王姣娥编制,84项指标), 列入Q4行业研究, 试点省份监测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🥉 </w:t>
            </w:r>
            <w:r>
              <w:rPr>
                <w:b/>
              </w:rPr>
              <w:t>黄金现货4400+驱动</w:t>
            </w:r>
          </w:p>
        </w:tc>
        <w:tc>
          <w:tcPr>
            <w:tcW w:type="dxa" w:w="2880"/>
          </w:tcPr>
          <w:p>
            <w:r/>
            <w:r>
              <w:t>投资部+交易部</w:t>
            </w:r>
          </w:p>
        </w:tc>
        <w:tc>
          <w:tcPr>
            <w:tcW w:type="dxa" w:w="2880"/>
          </w:tcPr>
          <w:p>
            <w:r/>
            <w:r>
              <w:t xml:space="preserve">48h出配置策略 (基于3.58%通胀预期+30年美债收益率新高), </w:t>
            </w:r>
            <w:r>
              <w:rPr>
                <w:b/>
              </w:rPr>
              <w:t>先回测+模拟仓</w:t>
            </w:r>
            <w:r>
              <w:t>, 不动实盘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⚠️ 需谨慎</w:t>
      </w:r>
    </w:p>
    <w:p>
      <w:pPr>
        <w:pStyle w:val="ListBullet"/>
      </w:pPr>
      <w:r>
        <w:rPr>
          <w:b/>
        </w:rPr>
        <w:t>黄金4400+</w:t>
      </w:r>
      <w:r>
        <w:t>: 高位震荡, 美债收益率+通胀预期双驱动, 需严控仓位, 先回测再决策</w:t>
      </w:r>
    </w:p>
    <w:p>
      <w:pPr>
        <w:pStyle w:val="Heading3"/>
      </w:pPr>
      <w:r>
        <w:t>❌ 明确弃掉(数据污染)</w:t>
      </w:r>
    </w:p>
    <w:p>
      <w:pPr>
        <w:pStyle w:val="ListBullet"/>
      </w:pPr>
      <w:r>
        <w:t>跨境电商蓝海 — 网页正文缺失</w:t>
      </w:r>
    </w:p>
    <w:p>
      <w:pPr>
        <w:pStyle w:val="ListBullet"/>
      </w:pPr>
      <w:r>
        <w:t>机器人具身智能 — 词典释义</w:t>
      </w:r>
    </w:p>
    <w:p>
      <w:pPr>
        <w:pStyle w:val="ListBullet"/>
      </w:pPr>
      <w:r>
        <w:t>AI视频内容创作 — 哲学概念</w:t>
      </w:r>
    </w:p>
    <w:p>
      <w:pPr>
        <w:pStyle w:val="ListBullet"/>
      </w:pPr>
      <w:r>
        <w:t>新能源汽车出海 — 字典释义+导航</w:t>
      </w:r>
    </w:p>
    <w:p>
      <w:r>
        <w:t>────────────────────────────────────</w:t>
      </w:r>
    </w:p>
    <w:p>
      <w:r>
        <w:t xml:space="preserve">📎 </w:t>
      </w:r>
      <w:r>
        <w:rPr>
          <w:b/>
        </w:rPr>
        <w:t>完整决策报告</w:t>
      </w:r>
      <w:r>
        <w:t>：https://coi-portal.tail0f986c.ts.net/delivery/20260909-035914-399698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