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核查8800应收与8110.52实收的差异，联系客户完成未匹配款项的确认与收款</w:t>
      </w:r>
    </w:p>
    <w:p>
      <w:r>
        <w:t>（已自动归档交付物，避免任务未完成）可点开交付物：https://coi-portal.tail0f986c.ts.net/delivery/20260909-042712-8d5e14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