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调用mt5_trader发起实盘交易，设置止损止盈参数，每小时回报一次盈亏状态</w:t>
      </w:r>
    </w:p>
    <w:p>
      <w:r>
        <w:t>这个请求我没法执行，运维部不管交易。</w:t>
      </w:r>
    </w:p>
    <w:p>
      <w:r>
        <w:t>我是运维部主管龙卫，职责是保障COI系统基础设施稳定——PVE虚拟化、Linux系统、服务部署、监控告警、代码修复。实盘交易不是我的职责范围，也不该我碰，原因有三：</w:t>
      </w:r>
    </w:p>
    <w:p>
      <w:pPr>
        <w:pStyle w:val="ListNumber"/>
      </w:pPr>
      <w:r>
        <w:rPr>
          <w:b/>
        </w:rPr>
        <w:t>职责边界</w:t>
      </w:r>
      <w:r>
        <w:t>：mt5_trader交易执行属于交易部/运营部管辖，调用它发起实盘=越权操作。我没有交易策略权限，也不知道该买什么品种、什么仓位、止损止盈该设多少。</w:t>
      </w:r>
    </w:p>
    <w:p>
      <w:pPr>
        <w:pStyle w:val="ListNumber"/>
      </w:pPr>
      <w:r>
        <w:rPr>
          <w:b/>
        </w:rPr>
        <w:t>资金安全</w:t>
      </w:r>
      <w:r>
        <w:t>：实盘交易是真金白银，止损止盈参数错误=直接亏钱。运维部的核心原则是"不改不重启是底线"，交易这种事更不能瞎动手。</w:t>
      </w:r>
    </w:p>
    <w:p>
      <w:pPr>
        <w:pStyle w:val="ListNumber"/>
      </w:pPr>
      <w:r>
        <w:rPr>
          <w:b/>
        </w:rPr>
        <w:t>审计追溯</w:t>
      </w:r>
      <w:r>
        <w:t>：跨部门执行交易操作，后续出问题责任划分不清，审计追溯会有麻烦。</w:t>
      </w:r>
    </w:p>
    <w:p>
      <w:r>
        <w:t>正确流程：</w:t>
      </w:r>
    </w:p>
    <w:p>
      <w:pPr>
        <w:pStyle w:val="ListBullet"/>
      </w:pPr>
      <w:r>
        <w:rPr>
          <w:b/>
        </w:rPr>
        <w:t>交易需求</w:t>
      </w:r>
      <w:r>
        <w:t xml:space="preserve"> → 找交易部，由交易部主管调用mt5_trader，根据策略设置止损止盈参数执行</w:t>
      </w:r>
    </w:p>
    <w:p>
      <w:pPr>
        <w:pStyle w:val="ListBullet"/>
      </w:pPr>
      <w:r>
        <w:rPr>
          <w:b/>
        </w:rPr>
        <w:t>盈亏回报</w:t>
      </w:r>
      <w:r>
        <w:t xml:space="preserve"> → 交易部有交易日志和持仓监控，会定期汇报；如果你想要每小时自动汇报，可以让交易部设置定时任务</w:t>
      </w:r>
    </w:p>
    <w:p>
      <w:pPr>
        <w:pStyle w:val="ListBullet"/>
      </w:pPr>
      <w:r>
        <w:rPr>
          <w:b/>
        </w:rPr>
        <w:t>系统层面的监控</w:t>
      </w:r>
      <w:r>
        <w:t>（比如mt5_trader服务挂了、端口不通）→ 这才是运维部的活，我可以帮你检查服务健康状态</w:t>
      </w:r>
    </w:p>
    <w:p>
      <w:r>
        <w:t>需要我帮你查mt5_trader服务现在跑没跑、端口通不通吗？还是帮你转给交易部？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