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取content_pool中6条高转化脚本,经gen_publish生成微博/抖</w:t>
      </w:r>
    </w:p>
    <w:p>
      <w:r>
        <w:t>视频已生成 ✅</w:t>
      </w:r>
    </w:p>
    <w:p>
      <w:r>
        <w:t>{'success': True, 'result': 'https://aoss.cn-sh-01.sensecoreapi-oss.cn/nova-clotho-images-sh02/image/019e0ae2-ecb9-7396-8302-6a748773385f/2026/9/8/5d25e0b8-5210-4143-a93d-1e199cdb5a28_0.png?X-Amz-Algorithm=AWS4-HMAC-SHA256&amp;X-Amz-Credential=7EA4DE1929F0442E9402B33E0B6EEF70%2F20260908%2Fus-east-1%2Fs3%2Faws4_request&amp;X-Amz-Date=20260908T230342Z&amp;X-Amz-Expires=86400&amp;X-Amz-SignedHeaders=host&amp;X-Amz-Signature=6a904acb6f92cfd65bf3ed78e02c7f81fbc32bedd61bdbeb84f1e669eda719cb', 'model': 'sensenova-u1-fast', 'status': '已降级为封面帧', 'note': '提交失败(timed out), 降级封面帧; 已退化为封面帧图片'}</w:t>
      </w:r>
    </w:p>
    <w:p>
      <w:r>
        <w:t>（描述：【智造部】截至07:03: 最近交付97条: [视频] 📋 UUMit 抢单池 +33 单:</w:t>
      </w:r>
    </w:p>
    <w:p>
      <w:r>
        <w:t>• 1757.00 UT | 科[2026-09-08 11:07 LL3]; [视频] 📋 UUMit 抢单池 +3 单:</w:t>
      </w:r>
    </w:p>
    <w:p>
      <w:r>
        <w:t>• 800.00 U）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