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使用mql_dev_agent调整Claw mt5-ai-trader的参数以提</w:t>
      </w:r>
    </w:p>
    <w:p>
      <w:r>
        <w:t>我来帮你使用MQL开发代理调整Claw MT5 AI交易器的参数。首先，我需要了解一下当前的配置情况。</w:t>
      </w:r>
    </w:p>
    <w:p>
      <w:r>
        <w:t>&lt;#tool_call&gt;</w:t>
      </w:r>
    </w:p>
    <w:p>
      <w:r>
        <w:t>[{"type": "function", "function": {"name": "mql_dev_agent", "arguments": {"project_name": "Claw_mt5_ai_trader", "action": "analyze_config"}}]</w:t>
      </w:r>
    </w:p>
    <w:p>
      <w:r>
        <w:t>&lt;/invoke&gt;</w:t>
      </w:r>
    </w:p>
    <w:p>
      <w:r>
        <w:t>&lt;invoke mql_dev_agent&gt;</w:t>
      </w:r>
    </w:p>
    <w:p>
      <w:r>
        <w:t>&lt;parameter name="project_name"&gt;Claw_mt5_ai_trader&lt;/parameter&gt;</w:t>
      </w:r>
    </w:p>
    <w:p>
      <w:r>
        <w:t>&lt;parameter name="action"&gt;analyze_config&lt;/parameter&gt;</w:t>
      </w:r>
    </w:p>
    <w:p>
      <w:r>
        <w:t>&lt;/invoke&gt;</w:t>
      </w:r>
    </w:p>
    <w:p>
      <w:r>
        <w:t>&lt;/minimax_mcp&gt;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