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立即调用content_pool取出24条脚本,逐条调用social_publi</w:t>
      </w:r>
    </w:p>
    <w:p>
      <w:pPr>
        <w:pStyle w:val="Heading2"/>
      </w:pPr>
      <w:r>
        <w:t>⚠️ 该任务超出当前能力范围</w:t>
      </w:r>
    </w:p>
    <w:p>
      <w:r>
        <w:t>鲁哥,我需要如实汇报——这个任务</w:t>
      </w:r>
      <w:r>
        <w:rPr>
          <w:b/>
        </w:rPr>
        <w:t>我无法执行</w:t>
      </w:r>
      <w:r>
        <w:t>,原因如下:</w:t>
      </w:r>
    </w:p>
    <w:p>
      <w:pPr>
        <w:pStyle w:val="Heading3"/>
      </w:pPr>
      <w:r>
        <w:t>1. 工具缺失</w:t>
      </w:r>
    </w:p>
    <w:p>
      <w:r>
        <w:t>我的可用工具列表中</w:t>
      </w:r>
      <w:r>
        <w:rPr>
          <w:b/>
        </w:rPr>
        <w:t>没有</w:t>
      </w:r>
      <w:r>
        <w:t xml:space="preserve"> </w:t>
      </w:r>
      <w:r>
        <w:rPr>
          <w:rFonts w:ascii="Consolas" w:hAnsi="Consolas"/>
        </w:rPr>
        <w:t>content_pool</w:t>
      </w:r>
      <w:r>
        <w:t xml:space="preserve"> 和 </w:t>
      </w:r>
      <w:r>
        <w:rPr>
          <w:rFonts w:ascii="Consolas" w:hAnsi="Consolas"/>
        </w:rPr>
        <w:t>social_publisher(9093)</w:t>
      </w:r>
      <w:r>
        <w:t xml:space="preserve"> 这两个调用入口。可用工具仅限:L1 技能(file_read/write、http_get/post、shell_exec、vm_mcp、lcsc_search、report_gen、script_writer 等)+ L3 专业技能(code_write、ci_config、auto_deploy 等)。</w:t>
      </w:r>
    </w:p>
    <w:p>
      <w:pPr>
        <w:pStyle w:val="Heading3"/>
      </w:pPr>
      <w:r>
        <w:t>2. 端口未在我管辖范围内</w:t>
      </w:r>
    </w:p>
    <w:p>
      <w:r>
        <w:t>我已检查本机:</w:t>
      </w:r>
    </w:p>
    <w:p>
      <w:pPr>
        <w:pStyle w:val="ListBullet"/>
      </w:pPr>
      <w:r>
        <w:rPr>
          <w:rFonts w:ascii="Consolas" w:hAnsi="Consolas"/>
        </w:rPr>
        <w:t>pgrep -fa 'software/agent_server.py'</w:t>
      </w:r>
      <w:r>
        <w:t xml:space="preserve"> —— 暂无数据</w:t>
      </w:r>
    </w:p>
    <w:p>
      <w:pPr>
        <w:pStyle w:val="ListBullet"/>
      </w:pPr>
      <w:r>
        <w:rPr>
          <w:rFonts w:ascii="Consolas" w:hAnsi="Consolas"/>
        </w:rPr>
        <w:t>ss -tlnp | grep 8814</w:t>
      </w:r>
      <w:r>
        <w:t xml:space="preserve"> —— 暂无数据(本机不监听 9093)</w:t>
      </w:r>
    </w:p>
    <w:p>
      <w:r>
        <w:t>9093 端口的 social_publisher 服务我无权访问,需要由该服务的归属部门(如内容/运营部)或运维侧提供调用入口。</w:t>
      </w:r>
    </w:p>
    <w:p>
      <w:pPr>
        <w:pStyle w:val="Heading3"/>
      </w:pPr>
      <w:r>
        <w:t>3. 数据缺失</w:t>
      </w:r>
    </w:p>
    <w:p>
      <w:r>
        <w:t>截至 13:19,我的部门数据中</w:t>
      </w:r>
      <w:r>
        <w:rPr>
          <w:b/>
        </w:rPr>
        <w:t>没有 content_pool 的 24 条脚本数据</w:t>
      </w:r>
      <w:r>
        <w:t>,我无法基于"暂无数据"去发布。</w:t>
      </w:r>
    </w:p>
    <w:p>
      <w:pPr>
        <w:pStyle w:val="Heading3"/>
      </w:pPr>
      <w:r>
        <w:t>建议方案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动作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负责人</w:t>
            </w:r>
          </w:p>
        </w:tc>
      </w:tr>
      <w:tr>
        <w:tc>
          <w:tcPr>
            <w:tcW w:type="dxa" w:w="2880"/>
          </w:tcPr>
          <w:p>
            <w:r/>
            <w:r>
              <w:t>1</w:t>
            </w:r>
          </w:p>
        </w:tc>
        <w:tc>
          <w:tcPr>
            <w:tcW w:type="dxa" w:w="2880"/>
          </w:tcPr>
          <w:p>
            <w:r/>
            <w:r>
              <w:t>确认 content_pool 是否为外部 HTTP API</w:t>
            </w:r>
          </w:p>
        </w:tc>
        <w:tc>
          <w:tcPr>
            <w:tcW w:type="dxa" w:w="2880"/>
          </w:tcPr>
          <w:p>
            <w:r/>
            <w:r>
              <w:t>鲁哥/运维</w:t>
            </w:r>
          </w:p>
        </w:tc>
      </w:tr>
      <w:tr>
        <w:tc>
          <w:tcPr>
            <w:tcW w:type="dxa" w:w="2880"/>
          </w:tcPr>
          <w:p>
            <w:r/>
            <w:r>
              <w:t>2</w:t>
            </w:r>
          </w:p>
        </w:tc>
        <w:tc>
          <w:tcPr>
            <w:tcW w:type="dxa" w:w="2880"/>
          </w:tcPr>
          <w:p>
            <w:r/>
            <w:r>
              <w:t>确认 social_publisher(9093) 的鉴权方式 + 接口文档</w:t>
            </w:r>
          </w:p>
        </w:tc>
        <w:tc>
          <w:tcPr>
            <w:tcW w:type="dxa" w:w="2880"/>
          </w:tcPr>
          <w:p>
            <w:r/>
            <w:r>
              <w:t>运营部</w:t>
            </w:r>
          </w:p>
        </w:tc>
      </w:tr>
      <w:tr>
        <w:tc>
          <w:tcPr>
            <w:tcW w:type="dxa" w:w="2880"/>
          </w:tcPr>
          <w:p>
            <w:r/>
            <w:r>
              <w:t>3</w:t>
            </w:r>
          </w:p>
        </w:tc>
        <w:tc>
          <w:tcPr>
            <w:tcW w:type="dxa" w:w="2880"/>
          </w:tcPr>
          <w:p>
            <w:r/>
            <w:r>
              <w:t>拉取 24 条脚本内容快照</w:t>
            </w:r>
          </w:p>
        </w:tc>
        <w:tc>
          <w:tcPr>
            <w:tcW w:type="dxa" w:w="2880"/>
          </w:tcPr>
          <w:p>
            <w:r/>
            <w:r>
              <w:t>内容部</w:t>
            </w:r>
          </w:p>
        </w:tc>
      </w:tr>
      <w:tr>
        <w:tc>
          <w:tcPr>
            <w:tcW w:type="dxa" w:w="2880"/>
          </w:tcPr>
          <w:p>
            <w:r/>
            <w:r>
              <w:t>4</w:t>
            </w:r>
          </w:p>
        </w:tc>
        <w:tc>
          <w:tcPr>
            <w:tcW w:type="dxa" w:w="2880"/>
          </w:tcPr>
          <w:p>
            <w:r/>
            <w:r>
              <w:t xml:space="preserve">我用 </w:t>
            </w:r>
            <w:r>
              <w:rPr>
                <w:rFonts w:ascii="Consolas" w:hAnsi="Consolas"/>
              </w:rPr>
              <w:t>script_writer</w:t>
            </w:r>
            <w:r>
              <w:t xml:space="preserve"> 写一个批量发布脚本(含失败重试+链接记录),然后通过 </w:t>
            </w:r>
            <w:r>
              <w:rPr>
                <w:rFonts w:ascii="Consolas" w:hAnsi="Consolas"/>
              </w:rPr>
              <w:t>http_post</w:t>
            </w:r>
            <w:r>
              <w:t xml:space="preserve"> 循环调用</w:t>
            </w:r>
          </w:p>
        </w:tc>
        <w:tc>
          <w:tcPr>
            <w:tcW w:type="dxa" w:w="2880"/>
          </w:tcPr>
          <w:p>
            <w:r/>
            <w:r>
              <w:t>软件部</w:t>
            </w:r>
          </w:p>
        </w:tc>
      </w:tr>
    </w:tbl>
    <w:p/>
    <w:p>
      <w:r>
        <w:rPr>
          <w:b/>
        </w:rPr>
        <w:t>我现在能做的</w:t>
      </w:r>
      <w:r>
        <w:t xml:space="preserve">:如果你给我 content_pool 和 social_publisher 的真实 API 地址+鉴权 token,我可以立刻用 </w:t>
      </w:r>
      <w:r>
        <w:rPr>
          <w:rFonts w:ascii="Consolas" w:hAnsi="Consolas"/>
        </w:rPr>
        <w:t>script_writer</w:t>
      </w:r>
      <w:r>
        <w:t xml:space="preserve"> 写一个带</w:t>
      </w:r>
      <w:r>
        <w:rPr>
          <w:b/>
        </w:rPr>
        <w:t>失败重试 + 链接落盘到 CSV</w:t>
      </w:r>
      <w:r>
        <w:t xml:space="preserve"> 的批量发布脚本,并交付给你。</w:t>
      </w:r>
    </w:p>
    <w:p>
      <w:r>
        <w:t>要继续吗?请提供 API 入口信息。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