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【硬件部】截至13:21: 最近交付12条: 关于A股起涨点数据分析报告的说明[</w:t>
      </w:r>
    </w:p>
    <w:p>
      <w:r>
        <w:t>【硬件部】截至13:21: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用户问题：调用astock_scanner跑今日全市场扫描,筛出Top5起涨信号,按实盘价下虚拟单并截图生成战报,交付delivery_hub(8921)生成PDF战报文档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