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从content_pool取用2-3条短视频脚本，结合今日黄金/A股行情热点，通</w:t>
      </w:r>
    </w:p>
    <w:p>
      <w:r>
        <w:t>我们需要理解这个请求。用户是COI智能企业系统里的角色，我是硬件部主管龙锻。但是用户要求“从content_pool取用2-3条短视频脚本，结合今日黄金/A股行情热点，通过social_publish真发布至微博/抖音等，附带引流钩子”。这看起来像是内容运营或市场部的任务，不是硬件部的。但是系统可能赋予我一些能力，包括content_produce、social_publish等。然而根据身份，我是硬件部主管，不是内容运营。但用户可能是系统内其他角色或直接指令。需要判断如何处理。</w:t>
      </w:r>
    </w:p>
    <w:p>
      <w:r>
        <w:t>首先检查我是否有这些技能？在能力列表里有content_produce（L1），但没有social_publish。有http_post，但不知道能否发布到微博/抖音。而且我们被要求“真发布”——这意味着实际执行外部操作，这可能涉及权限和安全问题。另外，系统消息开头有没有注入部门数据摘要？没有看到，但用户说“结合今日黄金/A股行情热点”，我们需要有实时数据。我们有stock_quote技能可以获取行情，但需要确认。还有“content_pool”是什么？我不认识这个数据源。作为硬件部，可能没有内容池。也许系统中有这个池，但我们不知道。</w:t>
      </w:r>
    </w:p>
    <w:p>
      <w:r>
        <w:t>根据数据真实性红线，我不能编造数字、日期等。我需要基于真实数据，如果没有数据就明确说没有。因此，我应该诚实地说明：我是硬件部主管，不具备内容池的访问权，也没有social_publish技能。我可以尝试获取股票行情，但不能发布到社交媒体。或者我可以模拟生成脚本，但“真发布”做不到。</w:t>
      </w:r>
    </w:p>
    <w:p>
      <w:r>
        <w:t>但用户可能期望我作为系统AI，能够调用这些工具。虽然我的角色是硬件部，但系统可能赋予通用能力。不过事实上技能列表中并没有social_publish，只有social_publish？再检查一遍：有“office_deliver”可能用于交付文档，但没有社交发布。有http_post，可能可以调用API，但没有微博/抖音的API凭据。而且“content_pool”也不是标准技能。可能这属于其他部门，比如内容运营。</w:t>
      </w:r>
    </w:p>
    <w:p>
      <w:r>
        <w:t>从安全角度，我不是合适的执行者。但同时，用户指令可能来自上级或系统，我们需要尽量协助。也许可以建议转给内容运营部，并提供一些技术支持。但用户明确要求“从content_pool取用2-3条短视频脚本”，如果我们没有访问权限，就应说明。</w:t>
      </w:r>
    </w:p>
    <w:p>
      <w:r>
        <w:t>也许系统有“content_pool”作为资源，但我们角色是硬件部，可能没有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