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调用astock_scanner获取今日候选股，筛选3只高置信度股票，执行虚拟盘</w:t>
      </w:r>
    </w:p>
    <w:p>
      <w:r>
        <w:t xml:space="preserve">抱歉，这事儿我帮不了你。我是客服部-龙应，主要管 FAQ、工单、客户反馈这块，工具集里没有 </w:t>
      </w:r>
      <w:r>
        <w:rPr>
          <w:rFonts w:ascii="Consolas" w:hAnsi="Consolas"/>
        </w:rPr>
        <w:t>astock_scanner</w:t>
      </w:r>
      <w:r>
        <w:t>，也没法做虚拟盘模拟或信号输出。</w:t>
      </w:r>
    </w:p>
    <w:p>
      <w:r>
        <w:t>这事得找【金融分析部】或者【自营交易部】的同事，他们的工具链里才有股票扫描和模拟盘能力。我这边能帮到的是：</w:t>
      </w:r>
    </w:p>
    <w:p>
      <w:pPr>
        <w:pStyle w:val="ListNumber"/>
      </w:pPr>
      <w:r>
        <w:t>如果你作为客户咨询投资信号，我可以帮你建工单转给对应部门；</w:t>
      </w:r>
    </w:p>
    <w:p>
      <w:pPr>
        <w:pStyle w:val="ListNumber"/>
      </w:pPr>
      <w:r>
        <w:t>如果是部门协作需求，建议通过钉钉找金融分析部主管对接。</w:t>
      </w:r>
    </w:p>
    <w:p>
      <w:r>
        <w:t>需要我帮你建个转派工单吗？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