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调用news_server(8900)获取最新财经新闻与市场行情数据</w:t>
      </w:r>
    </w:p>
    <w:p>
      <w:r>
        <w:t>【执行结果：暂无数据】</w:t>
      </w:r>
    </w:p>
    <w:p>
      <w:r>
        <w:t>我尝试调用 news_server(8900) 获取财经新闻与市场行情，但经核查该服务当前不可用：</w:t>
      </w:r>
    </w:p>
    <w:p>
      <w:pPr>
        <w:pStyle w:val="ListNumber"/>
      </w:pPr>
      <w:r>
        <w:rPr>
          <w:b/>
        </w:rPr>
        <w:t>端口检查</w:t>
      </w:r>
      <w:r>
        <w:t>：</w:t>
      </w:r>
      <w:r>
        <w:rPr>
          <w:rFonts w:ascii="Consolas" w:hAnsi="Consolas"/>
        </w:rPr>
        <w:t>ss -tlnp | grep 8900</w:t>
      </w:r>
      <w:r>
        <w:t xml:space="preserve"> → 无输出，8900 端口无任何服务监听；</w:t>
      </w:r>
    </w:p>
    <w:p>
      <w:pPr>
        <w:pStyle w:val="ListNumber"/>
      </w:pPr>
      <w:r>
        <w:rPr>
          <w:b/>
        </w:rPr>
        <w:t>进程检查</w:t>
      </w:r>
      <w:r>
        <w:t>：</w:t>
      </w:r>
      <w:r>
        <w:rPr>
          <w:rFonts w:ascii="Consolas" w:hAnsi="Consolas"/>
        </w:rPr>
        <w:t>pgrep -fa news_server</w:t>
      </w:r>
      <w:r>
        <w:t xml:space="preserve"> → 无相关进程运行；</w:t>
      </w:r>
    </w:p>
    <w:p>
      <w:pPr>
        <w:pStyle w:val="ListNumber"/>
      </w:pPr>
      <w:r>
        <w:rPr>
          <w:b/>
        </w:rPr>
        <w:t>系统检查</w:t>
      </w:r>
      <w:r>
        <w:t xml:space="preserve">：未在 </w:t>
      </w:r>
      <w:r>
        <w:rPr>
          <w:rFonts w:ascii="Consolas" w:hAnsi="Consolas"/>
        </w:rPr>
        <w:t>/home/lsh/coi</w:t>
      </w:r>
      <w:r>
        <w:t xml:space="preserve"> 代码库/配置中发现 </w:t>
      </w:r>
      <w:r>
        <w:rPr>
          <w:rFonts w:ascii="Consolas" w:hAnsi="Consolas"/>
        </w:rPr>
        <w:t>news_server</w:t>
      </w:r>
      <w:r>
        <w:t xml:space="preserve"> 服务脚本或 8900 端口的服务配置；历史会话库（sessions.db）中仅检索到该名字的对话记录，说明此前可能被提及过，但当前</w:t>
      </w:r>
      <w:r>
        <w:rPr>
          <w:b/>
        </w:rPr>
        <w:t>没有可运行的服务实体</w:t>
      </w:r>
      <w:r>
        <w:t>。</w:t>
      </w:r>
    </w:p>
    <w:p>
      <w:r>
        <w:t>因此：</w:t>
      </w:r>
      <w:r>
        <w:rPr>
          <w:b/>
        </w:rPr>
        <w:t>截至 19:43，无法获取财经新闻与市场行情数据</w:t>
      </w:r>
      <w:r>
        <w:t>。</w:t>
      </w:r>
    </w:p>
    <w:p>
      <w:r>
        <w:t>可能原因：</w:t>
      </w:r>
    </w:p>
    <w:p>
      <w:pPr>
        <w:pStyle w:val="ListBullet"/>
      </w:pPr>
      <w:r>
        <w:t>服务未部署或已下线；</w:t>
      </w:r>
    </w:p>
    <w:p>
      <w:pPr>
        <w:pStyle w:val="ListBullet"/>
      </w:pPr>
      <w:r>
        <w:t>服务在其他主机/容器（如 PVE VM）上运行，而非本机。</w:t>
      </w:r>
    </w:p>
    <w:p>
      <w:r>
        <w:t>如您需要，我可以：</w:t>
      </w:r>
    </w:p>
    <w:p>
      <w:pPr>
        <w:pStyle w:val="ListNumber"/>
      </w:pPr>
      <w:r>
        <w:t>排查它是否部署在 PVE 集群某台 VM 上（通过 vm_mcp 检查）；</w:t>
      </w:r>
    </w:p>
    <w:p>
      <w:pPr>
        <w:pStyle w:val="ListNumber"/>
      </w:pPr>
      <w:r>
        <w:t>或改用其它可用数据源（如通过 http_get 调用公开财经 API，需您确认数据源与合规性）。</w:t>
      </w:r>
    </w:p>
    <w:p>
      <w:r>
        <w:t>请指示下一步。</w:t>
      </w:r>
    </w:p>
    <w:p>
      <w:r>
        <w:t>—— 软件部 · 龙码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