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调用astock_scanner获取最新3只精选标的，结合gen_publish</w:t>
      </w:r>
    </w:p>
    <w:p>
      <w:r>
        <w:t>关于您的需求，我需要明确说明几点：</w:t>
      </w:r>
    </w:p>
    <w:p>
      <w:r>
        <w:rPr>
          <w:b/>
        </w:rPr>
        <w:t>1. 能力边界说明</w:t>
      </w:r>
    </w:p>
    <w:p>
      <w:r>
        <w:t>作为COI智能企业系统软件部的主管，我的专业领域是：</w:t>
      </w:r>
    </w:p>
    <w:p>
      <w:pPr>
        <w:pStyle w:val="ListBullet"/>
      </w:pPr>
      <w:r>
        <w:t>Python后端开发、API设计</w:t>
      </w:r>
    </w:p>
    <w:p>
      <w:pPr>
        <w:pStyle w:val="ListBullet"/>
      </w:pPr>
      <w:r>
        <w:t>自动化工具开发</w:t>
      </w:r>
    </w:p>
    <w:p>
      <w:pPr>
        <w:pStyle w:val="ListBullet"/>
      </w:pPr>
      <w:r>
        <w:t>代码审查和系统重构</w:t>
      </w:r>
    </w:p>
    <w:p>
      <w:pPr>
        <w:pStyle w:val="ListBullet"/>
      </w:pPr>
      <w:r>
        <w:t>COI系统功能模块开发维护</w:t>
      </w:r>
    </w:p>
    <w:p>
      <w:r>
        <w:rPr>
          <w:b/>
        </w:rPr>
        <w:t>2. 工具可用性</w:t>
      </w:r>
    </w:p>
    <w:p>
      <w:r>
        <w:t xml:space="preserve">在我当前的技能列表中，没有找到 </w:t>
      </w:r>
      <w:r>
        <w:rPr>
          <w:rFonts w:ascii="Consolas" w:hAnsi="Consolas"/>
        </w:rPr>
        <w:t>astock_scanner</w:t>
      </w:r>
      <w:r>
        <w:t xml:space="preserve">（股票扫描）和 </w:t>
      </w:r>
      <w:r>
        <w:rPr>
          <w:rFonts w:ascii="Consolas" w:hAnsi="Consolas"/>
        </w:rPr>
        <w:t>gen_publish</w:t>
      </w:r>
      <w:r>
        <w:t>（报告生成发布）这两个工具/能力。这些可能是其他部门（如金融研究部、市场部）专用的功能模块。</w:t>
      </w:r>
    </w:p>
    <w:p>
      <w:r>
        <w:rPr>
          <w:b/>
        </w:rPr>
        <w:t>3. 当前部门数据</w:t>
      </w:r>
    </w:p>
    <w:p>
      <w:r>
        <w:t>截至03:04，软件部最近交付的6条记录中，主要是技术文档和对话记录，没有涉及金融分析或选股报告相关内容。</w:t>
      </w:r>
    </w:p>
    <w:p>
      <w:r>
        <w:rPr>
          <w:b/>
        </w:rPr>
        <w:t>建议</w:t>
      </w:r>
      <w:r>
        <w:t>：</w:t>
      </w:r>
    </w:p>
    <w:p>
      <w:pPr>
        <w:pStyle w:val="ListBullet"/>
      </w:pPr>
      <w:r>
        <w:t>如果您需要股票扫描和选股报告功能，建议联系具备相关技能的部门或人员</w:t>
      </w:r>
    </w:p>
    <w:p>
      <w:pPr>
        <w:pStyle w:val="ListBullet"/>
      </w:pPr>
      <w:r>
        <w:t>如果您需要在COI系统中开发这类功能模块，我可以帮助进行系统架构设计和代码实现</w:t>
      </w:r>
    </w:p>
    <w:p>
      <w:pPr>
        <w:pStyle w:val="ListBullet"/>
      </w:pPr>
      <w:r>
        <w:t>落地页素材制作通常需要前端开发或设计团队支持</w:t>
      </w:r>
    </w:p>
    <w:p>
      <w:r>
        <w:t>如果您有其他软件开发相关的需求，我很乐意提供帮助。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