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实时监控上述发布内容的评论区及私信，筛选有意向用户，通过话术引导添加微信或购买入</w:t>
      </w:r>
    </w:p>
    <w:p>
      <w:r>
        <w:t>{"thought": "账号服务体系完全没启动——8840（账号接入中心）、9092/9093（social-publisher）、9310（远程登录）全无监听。用户要求我实时监控发布内容的评论区+私信并筛选意向用户进行话术引导。我必须如实说明：1）职责边界——这属于运营/市场部的工作（营销话术、用户筛选、转化引导），运维部只负责保障基础设施；2）现状——social-publisher服务根本没运行，也没有相关代码目录；3）即使我能调用账号系统（8840），我也没有合适的"话术引导"工具，这是人工/AI运营的活。我不应该假装能做这件事。", "action": "respond", "params": {"content": "鲁哥，这活儿我接不了，实话实说：\n\n</w:t>
      </w:r>
      <w:r>
        <w:rPr>
          <w:b/>
        </w:rPr>
        <w:t>职责边界问题</w:t>
      </w:r>
      <w:r>
        <w:t>\n实时监控评论区/私信 + 筛选意向用户 + 话术引导加微信/购买咨询，这是</w:t>
      </w:r>
      <w:r>
        <w:rPr>
          <w:b/>
        </w:rPr>
        <w:t>运营部或市场部的核心业务</w:t>
      </w:r>
      <w:r>
        <w:t>，不是运维的活。我的本职是保障基础设施稳定运行，不是做用户转化。\n\n</w:t>
      </w:r>
      <w:r>
        <w:rPr>
          <w:b/>
        </w:rPr>
        <w:t>基础设施现状（截至现在查询）</w:t>
      </w:r>
      <w:r>
        <w:t>\n- social-publisher 服务（9092/9093）：</w:t>
      </w:r>
      <w:r>
        <w:rPr>
          <w:b/>
        </w:rPr>
        <w:t>未运行</w:t>
      </w:r>
      <w:r>
        <w:t>，端口无监听\n- 账号接入中心（8840）：</w:t>
      </w:r>
      <w:r>
        <w:rPr>
          <w:b/>
        </w:rPr>
        <w:t>未启动</w:t>
      </w:r>
      <w:r>
        <w:t xml:space="preserve">\n- 相关代码目录 </w:t>
      </w:r>
      <w:r>
        <w:rPr>
          <w:rFonts w:ascii="Consolas" w:hAnsi="Consolas"/>
        </w:rPr>
        <w:t>/home/lsh/coi/agents/social-publisher/</w:t>
      </w:r>
      <w:r>
        <w:t>：</w:t>
      </w:r>
      <w:r>
        <w:rPr>
          <w:b/>
        </w:rPr>
        <w:t>不存在</w:t>
      </w:r>
      <w:r>
        <w:t>\n\n也就是说，即便我想帮你跑这个监控，底层的发布/账号基础设施都没就绪，根本没有数据源可以监控。\n\n</w:t>
      </w:r>
      <w:r>
        <w:rPr>
          <w:b/>
        </w:rPr>
        <w:t>正确做法建议</w:t>
      </w:r>
      <w:r>
        <w:t>\n1. 这单应该派给</w:t>
      </w:r>
      <w:r>
        <w:rPr>
          <w:b/>
        </w:rPr>
        <w:t>运营部</w:t>
      </w:r>
      <w:r>
        <w:t>（话术、用户筛选、转化是他们的专业）\n2. 如果运营部需要我配合：\n   - 把 social-publisher 部署起来跑通（需要先有平台API凭证，账号接入中心8840里配）\n   - 部署监控评论/私信的采集脚本（这个我可以做，但需要先确定平台：小红书/抖音/视频号？）\n3. 如果你只是要基础保障，告诉我具体平台和发布内容ID，我先把账号服务跑通，运营部再接手做用户筛选和话术\n\n你定个方向，我立刻动手。"}}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