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1. 调用mt5_trader获取黄金网格实盘收益数据；2. 调用astock_</w:t>
      </w:r>
    </w:p>
    <w:p>
      <w:r>
        <w:t>[provider-transport-fetch] [model-fetch] start provider=coi api=openai-completions model=agnes-2.5-flash method=POST url=http://192.168.9.59:5009/v1/chat/completions timeoutMs=90000 proxy=none policy=custom</w:t>
      </w:r>
    </w:p>
    <w:p>
      <w:r>
        <w:t>[provider-transport-fetch] [model-fetch] response provider=coi api=openai-completions model=agnes-2.5-flash status=200 elapsedMs=2125 dispatcher=new contentType=application/json; charset=utf-8</w:t>
      </w:r>
    </w:p>
    <w:p>
      <w:r>
        <w:t>[provider-transport-fetch] [model-fetch] start provider=coi api=openai-completions model=agnes-2.5-flash method=POST url=http://192.168.9.59:5009/v1/chat/completions timeoutMs=90000 proxy=none policy=custom</w:t>
      </w:r>
    </w:p>
    <w:p>
      <w:r>
        <w:t>[provider-transport-fetch] [model-fetch] response provider=coi api=openai-completions model=agnes-2.5-flash status=200 elapsedMs=2716 dispatcher=reused contentType=application/json; charset=utf-8</w:t>
      </w:r>
    </w:p>
    <w:p>
      <w:r>
        <w:t>[provider-transport-fetch] [model-fetch] start provider=coi api=openai-completions model=agnes-2.5-flash method=POST url=http://192.168.9.59:5009/v1/chat/completions timeoutMs=90000 proxy=none policy=custom</w:t>
      </w:r>
    </w:p>
    <w:p>
      <w:r>
        <w:t>[provider-transport-fetch] [model-fetch] response provider=coi api=openai-completions model=agnes-2.5-flash status=200 elapsedMs=3280 dispatcher=reused contentType=application/json; charset=utf-8</w:t>
      </w:r>
    </w:p>
    <w:p>
      <w:r>
        <w:t>[provider-transport-fetch] [model-fetch] start provider=coi api=openai-completions model=agnes-2.5-flash method=POST url=http://192.168.9.59:5009/v1/chat/completions timeoutMs=90000 proxy=none policy=custom</w:t>
      </w:r>
    </w:p>
    <w:p>
      <w:r>
        <w:t>[provider-transport-fetch] [model-fetch] response provider=coi api=openai-completions model=agnes-2.5-flash status=200 elapsedMs=3665 dispatcher=reused contentType=application/json; charset=utf-8</w:t>
      </w:r>
    </w:p>
    <w:p>
      <w:r>
        <w:t>抱歉，我需要诚实告诉你：</w:t>
      </w:r>
      <w:r>
        <w:rPr>
          <w:b/>
        </w:rPr>
        <w:t>这些工具目前并不存在</w:t>
      </w:r>
      <w:r>
        <w:t>。</w:t>
      </w:r>
    </w:p>
    <w:p>
      <w:r>
        <w:t>我检查了系统：</w:t>
      </w:r>
    </w:p>
    <w:p>
      <w:pPr>
        <w:pStyle w:val="ListBullet"/>
      </w:pPr>
      <w:r>
        <w:rPr>
          <w:rFonts w:ascii="Consolas" w:hAnsi="Consolas"/>
        </w:rPr>
        <w:t>mt5_trader</w:t>
      </w:r>
      <w:r>
        <w:t>、</w:t>
      </w:r>
      <w:r>
        <w:rPr>
          <w:rFonts w:ascii="Consolas" w:hAnsi="Consolas"/>
        </w:rPr>
        <w:t>astock_scanner</w:t>
      </w:r>
      <w:r>
        <w:t>、</w:t>
      </w:r>
      <w:r>
        <w:rPr>
          <w:rFonts w:ascii="Consolas" w:hAnsi="Consolas"/>
        </w:rPr>
        <w:t>news_server</w:t>
      </w:r>
      <w:r>
        <w:t>、</w:t>
      </w:r>
      <w:r>
        <w:rPr>
          <w:rFonts w:ascii="Consolas" w:hAnsi="Consolas"/>
        </w:rPr>
        <w:t>gen_publish</w:t>
      </w:r>
      <w:r>
        <w:t>、</w:t>
      </w:r>
      <w:r>
        <w:rPr>
          <w:rFonts w:ascii="Consolas" w:hAnsi="Consolas"/>
        </w:rPr>
        <w:t>social_publish</w:t>
      </w:r>
      <w:r>
        <w:t xml:space="preserve"> 都没有安装</w:t>
      </w:r>
    </w:p>
    <w:p>
      <w:pPr>
        <w:pStyle w:val="ListBullet"/>
      </w:pPr>
      <w:r>
        <w:t>OpenClaw 的 skills 列表里也没有这些</w:t>
      </w:r>
    </w:p>
    <w:p>
      <w:pPr>
        <w:pStyle w:val="ListBullet"/>
      </w:pPr>
      <w:r>
        <w:t>工作空间里也没有相关脚本</w:t>
      </w:r>
    </w:p>
    <w:p>
      <w:r>
        <w:rPr>
          <w:b/>
        </w:rPr>
        <w:t>要实现你的需求，有两条路：</w:t>
      </w:r>
    </w:p>
    <w:p>
      <w:pPr>
        <w:pStyle w:val="ListNumber"/>
      </w:pPr>
      <w:r>
        <w:rPr>
          <w:b/>
        </w:rPr>
        <w:t>你自己开发这些工具</w:t>
      </w:r>
      <w:r>
        <w:t xml:space="preserve"> —— 如果你已经有代码或 API，告诉我，我可以帮你集成到 OpenClaw 里作为自定义技能。</w:t>
      </w:r>
    </w:p>
    <w:p>
      <w:pPr>
        <w:pStyle w:val="ListNumber"/>
      </w:pPr>
      <w:r>
        <w:rPr>
          <w:b/>
        </w:rPr>
        <w:t>用现有能力替代</w:t>
      </w:r>
      <w:r>
        <w:t xml:space="preserve"> —— 比如：</w:t>
      </w:r>
    </w:p>
    <w:p>
      <w:pPr>
        <w:pStyle w:val="ListBullet"/>
      </w:pPr>
      <w:r>
        <w:t>黄金网格收益 → 你可以提供 MT5 数据源/API，我来写连接脚本</w:t>
      </w:r>
    </w:p>
    <w:p>
      <w:pPr>
        <w:pStyle w:val="ListBullet"/>
      </w:pPr>
      <w:r>
        <w:t xml:space="preserve">A股信号 → 可以用 </w:t>
      </w:r>
      <w:r>
        <w:rPr>
          <w:rFonts w:ascii="Consolas" w:hAnsi="Consolas"/>
        </w:rPr>
        <w:t>web_search</w:t>
      </w:r>
      <w:r>
        <w:t xml:space="preserve"> 查行情，或接入 Tushare/AKShare</w:t>
      </w:r>
    </w:p>
    <w:p>
      <w:pPr>
        <w:pStyle w:val="ListBullet"/>
      </w:pPr>
      <w:r>
        <w:t xml:space="preserve">热点新闻 → </w:t>
      </w:r>
      <w:r>
        <w:rPr>
          <w:rFonts w:ascii="Consolas" w:hAnsi="Consolas"/>
        </w:rPr>
        <w:t>web_search</w:t>
      </w:r>
      <w:r>
        <w:t xml:space="preserve"> 或 RSS</w:t>
      </w:r>
    </w:p>
    <w:p>
      <w:pPr>
        <w:pStyle w:val="ListBullet"/>
      </w:pPr>
      <w:r>
        <w:t>发布文案 → 我来生成</w:t>
      </w:r>
    </w:p>
    <w:p>
      <w:pPr>
        <w:pStyle w:val="ListBullet"/>
      </w:pPr>
      <w:r>
        <w:t xml:space="preserve">社交发布 → 可以通过 </w:t>
      </w:r>
      <w:r>
        <w:rPr>
          <w:rFonts w:ascii="Consolas" w:hAnsi="Consolas"/>
        </w:rPr>
        <w:t>message</w:t>
      </w:r>
      <w:r>
        <w:t xml:space="preserve"> 工具发送到指定渠道</w:t>
      </w:r>
    </w:p>
    <w:p>
      <w:r>
        <w:t>你想走哪条路？或者你有现成的工具/API地址，告诉我，我来帮你打通。</w:t>
      </w:r>
    </w:p>
    <w:p>
      <w:r>
        <w:t>[agents/agent-command] [agent] run 2cdf3601-16d1-431e-893e-fa187e52a088 ended with stopReason=stop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