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立即从content_pool取用前6条脚本，通过multipost_poC批量</w:t>
      </w:r>
    </w:p>
    <w:p>
      <w:r>
        <w:t>抱歉，这个任务我没法直接帮您完成，需要跟您说明几：</w:t>
      </w:r>
    </w:p>
    <w:p>
      <w:pPr>
        <w:pStyle w:val="ListNumber"/>
      </w:pPr>
      <w:r>
        <w:rPr>
          <w:b/>
        </w:rPr>
        <w:t>职责范围</w:t>
      </w:r>
      <w:r>
        <w:t>：您这个需求（从内容池取脚本→批量发布抖音/微博→记录曝光和私信数据）属于【成功部/marketing】的社交媒体营销范畴，不是我客服部的职责范围。</w:t>
      </w:r>
    </w:p>
    <w:p>
      <w:pPr>
        <w:pStyle w:val="ListNumber"/>
      </w:pPr>
      <w:r>
        <w:rPr>
          <w:b/>
        </w:rPr>
        <w:t>工具缺失</w:t>
      </w:r>
      <w:r>
        <w:t xml:space="preserve">：我的技能列表里并没有 </w:t>
      </w:r>
      <w:r>
        <w:rPr>
          <w:rFonts w:ascii="Consolas" w:hAnsi="Consolas"/>
        </w:rPr>
        <w:t>multipost_poC</w:t>
      </w:r>
      <w:r>
        <w:t xml:space="preserve"> 这个工具，也没有抖音/微博的官方API接入能力。即便想帮您调用，也调不了。</w:t>
      </w:r>
    </w:p>
    <w:p>
      <w:pPr>
        <w:pStyle w:val="ListNumber"/>
      </w:pPr>
      <w:r>
        <w:rPr>
          <w:b/>
        </w:rPr>
        <w:t>数据不可实时获取</w:t>
      </w:r>
      <w:r>
        <w:t>：抖音和微博的曝光量、私信咨询数需要平台授权的API或官方后台才能拿到，我这边没有这个数据通道，硬报数字就是编造了（您也明确要求禁止编造）。</w:t>
      </w:r>
    </w:p>
    <w:p>
      <w:pPr>
        <w:pStyle w:val="ListNumber"/>
      </w:pPr>
      <w:r>
        <w:rPr>
          <w:b/>
        </w:rPr>
        <w:t>建议路径</w:t>
      </w:r>
      <w:r>
        <w:t>：</w:t>
      </w:r>
    </w:p>
    <w:p>
      <w:pPr>
        <w:pStyle w:val="ListBullet"/>
      </w:pPr>
      <w:r>
        <w:t>这个工单建议转给【成功部】主管（刘营）处理，他们才有 content_pool 读取权限和社媒发布工具；</w:t>
      </w:r>
    </w:p>
    <w:p>
      <w:pPr>
        <w:pStyle w:val="ListBullet"/>
      </w:pPr>
      <w:r>
        <w:t>如果只是想测试"批量发布"流程，可以让成功部先做个 POC，我这边配合做发布后的用户咨询接入和满意度跟踪。</w:t>
      </w:r>
    </w:p>
    <w:p>
      <w:r>
        <w:t>需要我帮您建个工单打转交给成功部吗？或者您是想让我处理后续的用户咨询接待这块？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