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读取mt5_trader输出的黄金收益数据和astock_scanner的A股标</w:t>
      </w:r>
    </w:p>
    <w:p>
      <w:r>
        <w:t>failed to acquire gateway state ownership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