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部门产出 · 调用mt5_trader启动黄金网格EA实盘，每4小时检查持仓与盈亏状态，将盈利</w:t>
      </w:r>
    </w:p>
    <w:p>
      <w:r>
        <w:t>failed to acquire gateway state ownership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