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从content_pool取用黄金EA盈利截图和A股选股结果，调用gen_pub</w:t>
      </w:r>
    </w:p>
    <w:p>
      <w:r>
        <w:t>failed to acquire gateway state ownership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