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小说《废柴逆袭》第29章（热血玄幻·智造部日更）</w:t>
      </w:r>
    </w:p>
    <w:p>
      <w:r>
        <w:t>天色渐暗，残阳如血。</w:t>
      </w:r>
    </w:p>
    <w:p>
      <w:r>
        <w:t>苏尘拖着残破的身躯，跌跌撞撞地穿过枯木林。体内的灵力已经近乎枯竭，唯有《净魔篇》依旧在贪婪地吞噬着周遭稀薄的魔气，化作一丝丝清凉的气流，修补着他濒临崩溃的经脉。</w:t>
      </w:r>
    </w:p>
    <w:p>
      <w:r>
        <w:t>“三日后……北境裂隙……”</w:t>
      </w:r>
    </w:p>
    <w:p>
      <w:r>
        <w:t>苏尘靠在一棵枯死的古松上，眼神逐渐变得凝重。赵天行的出现虽然暂时保住了他的命，但这位宗主的话却如同悬在头顶的利剑。那句“不可擅动天玄令的力量”，更像是一种无声的警告。</w:t>
      </w:r>
    </w:p>
    <w:p>
      <w:r>
        <w:t>他在忌惮什么？</w:t>
      </w:r>
    </w:p>
    <w:p>
      <w:r>
        <w:t>是忌惮苏尘子，还是忌惮那个……正在苏醒的自己？</w:t>
      </w:r>
    </w:p>
    <w:p>
      <w:r>
        <w:t>就在这时，一道尖锐的破空声骤然响起，撕裂了周围的寂静。</w:t>
      </w:r>
    </w:p>
    <w:p>
      <w:r>
        <w:t>“苏尘！你果然在这里！”</w:t>
      </w:r>
    </w:p>
    <w:p>
      <w:r>
        <w:t>苏尘猛地睁开双眼，瞳孔中闪过一丝冷冽。他不需要回头，也知道来者是谁。那股熟悉又令人作呕的灵力波动，正是天玄宗内门弟子，柳青元的得意门生，王莽。</w:t>
      </w:r>
    </w:p>
    <w:p>
      <w:r>
        <w:t>“怎么，柳如烟让你来抓我回去‘审问’？”苏尘缓缓站直身体，尽管肋骨还在隐隐作痛，但他的脊背挺得笔直，宛如一柄出鞘的重剑。</w:t>
      </w:r>
    </w:p>
    <w:p>
      <w:r>
        <w:t>王莽从树梢跃下，落地时激起一片尘土。他身着华贵蓝袍，脸上带着戏谑的笑容，手中把玩着一枚晶莹剔透的灵石。</w:t>
      </w:r>
    </w:p>
    <w:p>
      <w:r>
        <w:t>“审问？呵，苏尘，你还真是天真。”王莽嗤笑一声，眼神中满是轻蔑，“柳小姐只是念在旧情，怕你死在外头脏了天玄宗的名声。毕竟，宗主既然已经认可了你的身份，那你这条命，就得由宗门来处置。”</w:t>
      </w:r>
    </w:p>
    <w:p>
      <w:r>
        <w:t>“认可？”苏尘冷笑，“他认可我是个魔道余孽？还是认可我是那个死人转世？”</w:t>
      </w:r>
    </w:p>
    <w:p>
      <w:r>
        <w:t>王莽脸色微变，随即恼羞成怒：“死到临头还嘴硬！既然宗主都说了，三日后北境有大变，那你这三日之内，最好老老实实待在这荒山里，否则……”</w:t>
      </w:r>
    </w:p>
    <w:p>
      <w:r>
        <w:t>他话未说完，手中灵石猛然捏碎。</w:t>
      </w:r>
    </w:p>
    <w:p>
      <w:r>
        <w:t>“杀！”</w:t>
      </w:r>
    </w:p>
    <w:p>
      <w:r>
        <w:t>两道凌厉的剑光从王莽身后激射而出，那是天玄宗引以为傲的内门剑术，直奔苏尘的要害。这一击没有丝毫留手，显然是动了杀心。</w:t>
      </w:r>
    </w:p>
    <w:p>
      <w:r>
        <w:t>苏尘眼底寒光一闪，右臂肌肉紧绷，太虚神针蓄势待发。但他并没有立刻反击，而是侧身一闪，险之又险地避开了第一剑，同时左手甩出几枚黑色的石子。</w:t>
      </w:r>
    </w:p>
    <w:p>
      <w:r>
        <w:t>砰！砰！砰！</w:t>
      </w:r>
    </w:p>
    <w:p>
      <w:r>
        <w:t>石子落在王莽脚边，炸开一团团浓稠的黑雾。这是《净魔篇》中的毒雾，虽不能致命，却能干扰视线和灵力运转。</w:t>
      </w:r>
    </w:p>
    <w:p>
      <w:r>
        <w:t>“毒术！果然是魔道妖人！”王莽大怒，挥剑斩散黑雾，整个人如同闪电般冲了上来，“给我去死！”</w:t>
      </w:r>
    </w:p>
    <w:p>
      <w:r>
        <w:t>他的剑很快，每一剑都带着凌厉的风声，直取苏尘的咽喉、心脏、丹田。</w:t>
      </w:r>
    </w:p>
    <w:p>
      <w:r>
        <w:t>苏尘的身影在剑雨中穿梭，如同一片飘零的落叶。他的身形诡谲多变，每一次闪避都恰到好处，仿佛提前预知了王莽的招数。</w:t>
      </w:r>
    </w:p>
    <w:p>
      <w:r>
        <w:t>“玄阶巅峰……怎么可能躲开我的‘七杀剑阵’？”王莽心中惊骇，额头上渗出了细密的汗珠。</w:t>
      </w:r>
    </w:p>
    <w:p>
      <w:r>
        <w:t>他明明记得，这个废物当初连灵窍境都难以稳固，怎么现在战斗本能如此可怕？</w:t>
      </w:r>
    </w:p>
    <w:p>
      <w:r>
        <w:t>“因为你太小看我了。”苏尘突然停下脚步，不再闪避。</w:t>
      </w:r>
    </w:p>
    <w:p>
      <w:r>
        <w:t>王莽眼中闪过一丝喜色，剑尖直指苏尘的心口：“死！”</w:t>
      </w:r>
    </w:p>
    <w:p>
      <w:r>
        <w:t>然而，就在剑尖即将刺入苏尘胸膛的瞬间，他的动作凝固了。</w:t>
      </w:r>
    </w:p>
    <w:p>
      <w:r>
        <w:t>因为苏尘的手，已经抓住了他的剑身。</w:t>
      </w:r>
    </w:p>
    <w:p>
      <w:r>
        <w:t>那是一只布满老茧和血污的手，却坚韧如铁。苏尘的双眸中，燃烧着两团黑色的火焰，那是魔气与灵力混合后的极致爆发。</w:t>
      </w:r>
    </w:p>
    <w:p>
      <w:r>
        <w:t>“你……”王莽大惊失色，想要抽回长剑，却发现纹丝不动。</w:t>
      </w:r>
    </w:p>
    <w:p>
      <w:r>
        <w:t>“柳青元让你来，是为了试探我的深浅，对吗？”苏尘的声音冰冷刺骨，“可惜，你太蠢了。”</w:t>
      </w:r>
    </w:p>
    <w:p>
      <w:r>
        <w:t>话音刚落，苏尘右手紧握太虚神针，针尖闪烁着幽黑的寒光，毫不犹豫地刺向王莽的丹田。</w:t>
      </w:r>
    </w:p>
    <w:p>
      <w:r>
        <w:t>“住手！”</w:t>
      </w:r>
    </w:p>
    <w:p>
      <w:r>
        <w:t>王莽惊恐大叫，拼命挣扎，但他的剑术在绝对的力量和速度面前，显得如此苍白无力。</w:t>
      </w:r>
    </w:p>
    <w:p>
      <w:r>
        <w:t>噗！</w:t>
      </w:r>
    </w:p>
    <w:p>
      <w:r>
        <w:t>太虚神针精准地刺入王莽的丹田，黑芒瞬间席卷全身，封住了他的所有灵力流动。</w:t>
      </w:r>
    </w:p>
    <w:p>
      <w:r>
        <w:t>“啊——！”</w:t>
      </w:r>
    </w:p>
    <w:p>
      <w:r>
        <w:t>王莽发出一声凄厉的惨叫，整个人瘫软在地，浑身颤抖，再无半点刚才的嚣张气焰。</w:t>
      </w:r>
    </w:p>
    <w:p>
      <w:r>
        <w:t>苏尘收回神针，居高临下地看着他，嘴角勾起一抹冰冷的弧度：“回去告诉柳青元，还有柳如烟。我不怕她们，但我更不怕任何阴谋。三日后，我会亲上天玄宗，让所有人看看，到底谁才是真正的魔族！”</w:t>
      </w:r>
    </w:p>
    <w:p>
      <w:r>
        <w:t>说罢，他转身离去，背影孤寂而决绝。</w:t>
      </w:r>
    </w:p>
    <w:p>
      <w:r>
        <w:t>王莽躺在地上，眼中满是恐惧和怨毒：“苏尘……你一定会后悔的……宗主……宗主不会放过你的……”</w:t>
      </w:r>
    </w:p>
    <w:p>
      <w:r>
        <w:t>然而，就在此时，一道身影凭空出现在王莽面前。</w:t>
      </w:r>
    </w:p>
    <w:p>
      <w:r>
        <w:t>那人一身白衣，面容清秀，眼神淡漠如水。正是赵天行。</w:t>
      </w:r>
    </w:p>
    <w:p>
      <w:r>
        <w:t>“宗主！”王莽像是看到了救星，挣扎着爬起来，“是他……是他伤了我，他使用魔道功法……”</w:t>
      </w:r>
    </w:p>
    <w:p>
      <w:r>
        <w:t>赵天行没有看他，而是目光投向苏尘离去的方向，眼神复杂难明。</w:t>
      </w:r>
    </w:p>
    <w:p>
      <w:r>
        <w:t>“苏尘……”赵天行喃喃自语，“你真的是他吗？”</w:t>
      </w:r>
    </w:p>
    <w:p>
      <w:r>
        <w:t>就在这时，远处忽然传来一声震天动地的轰鸣。</w:t>
      </w:r>
    </w:p>
    <w:p>
      <w:r>
        <w:t>天空瞬间被黑暗笼罩，无数乌云如墨汁般翻滚而来，一道紫色雷霆在云层中若隐若现，散发着令人心悸的威压。</w:t>
      </w:r>
    </w:p>
    <w:p>
      <w:r>
        <w:t>“这是……”赵天行脸色骤变，抬头望向北方。</w:t>
      </w:r>
    </w:p>
    <w:p>
      <w:r>
        <w:t>那里，正是北境裂隙的方向。</w:t>
      </w:r>
    </w:p>
    <w:p>
      <w:r>
        <w:t>“九天玄雷……竟然出现了！”赵天行低喝一声，身形冲天而起，向着北境疾驰而去。</w:t>
      </w:r>
    </w:p>
    <w:p>
      <w:r>
        <w:t>苏尘在林中察觉到这股恐怖的威压，脚步一顿。</w:t>
      </w:r>
    </w:p>
    <w:p>
      <w:r>
        <w:t>他抬起头，望向那片漆黑的天际。紫色的雷霆之中，似乎有一双巨大的眼睛正在缓缓睁开，冷漠地注视着整个九州玄域。</w:t>
      </w:r>
    </w:p>
    <w:p>
      <w:r>
        <w:t>“北境裂隙……开启了。”</w:t>
      </w:r>
    </w:p>
    <w:p>
      <w:r>
        <w:t>苏尘握紧拳头，指甲深深嵌入掌心。他知道，自己的命运，将在这一刻彻底改变。</w:t>
      </w:r>
    </w:p>
    <w:p>
      <w:r>
        <w:t>而在遥远的天玄宗山门前，一道红色的身影正冷冷地注视着北方。</w:t>
      </w:r>
    </w:p>
    <w:p>
      <w:r>
        <w:t>柳如烟一身红衣似火，眉目如画，却透着一股彻骨的寒意。</w:t>
      </w:r>
    </w:p>
    <w:p>
      <w:r>
        <w:t>“苏尘……你以为你能逃得掉吗？”她轻声低语，声音中带着无尽的怨毒，“等你回来，我会让你知道，背叛我的下场。”</w:t>
      </w:r>
    </w:p>
    <w:p>
      <w:r>
        <w:t>她的手中，紧紧攥着一块漆黑的令牌，令牌上刻着一个狰狞的魔字，正散发着幽幽的血光。</w:t>
      </w:r>
    </w:p>
    <w:p>
      <w:r>
        <w:t>风暴，已至。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