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COI风口研判报告-20260913</w:t>
      </w:r>
    </w:p>
    <w:p>
      <w:pPr>
        <w:pStyle w:val="Heading2"/>
      </w:pPr>
      <w:r>
        <w:t>📊 COI风口研判报告</w:t>
      </w:r>
    </w:p>
    <w:p>
      <w:r>
        <w:rPr>
          <w:b/>
        </w:rPr>
        <w:t>时间</w:t>
      </w:r>
      <w:r>
        <w:t>: 2026-09-13 05:16</w:t>
      </w:r>
    </w:p>
    <w:p>
      <w:r>
        <w:rPr>
          <w:b/>
        </w:rPr>
        <w:t>生成者</w:t>
      </w:r>
      <w:r>
        <w:t>: 架构部龙枢（非CEO，鲁哥为CEO）</w:t>
      </w:r>
    </w:p>
    <w:p>
      <w:r>
        <w:t>────────────────────────────────────</w:t>
      </w:r>
    </w:p>
    <w:p>
      <w:pPr>
        <w:pStyle w:val="Heading3"/>
      </w:pPr>
      <w:r>
        <w:t>✅ 值得立即抓住的3个风口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排名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风口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主导部门</w:t>
            </w:r>
          </w:p>
        </w:tc>
        <w:tc>
          <w:tcPr>
            <w:tcW w:type="dxa" w:w="2160"/>
          </w:tcPr>
          <w:p>
            <w:r>
              <w:rPr>
                <w:b/>
              </w:rPr>
            </w:r>
            <w:r>
              <w:rPr>
                <w:b/>
              </w:rPr>
              <w:t>优先级</w:t>
            </w:r>
          </w:p>
        </w:tc>
      </w:tr>
      <w:tr>
        <w:tc>
          <w:tcPr>
            <w:tcW w:type="dxa" w:w="2160"/>
          </w:tcPr>
          <w:p>
            <w:r/>
            <w:r>
              <w:t>1</w:t>
            </w:r>
          </w:p>
        </w:tc>
        <w:tc>
          <w:tcPr>
            <w:tcW w:type="dxa" w:w="2160"/>
          </w:tcPr>
          <w:p>
            <w:r/>
            <w:r>
              <w:rPr>
                <w:b/>
              </w:rPr>
              <w:t>低空经济eVTOL商业化</w:t>
            </w:r>
          </w:p>
        </w:tc>
        <w:tc>
          <w:tcPr>
            <w:tcW w:type="dxa" w:w="2160"/>
          </w:tcPr>
          <w:p>
            <w:r/>
            <w:r>
              <w:t>创新部(龙创)</w:t>
            </w:r>
          </w:p>
        </w:tc>
        <w:tc>
          <w:tcPr>
            <w:tcW w:type="dxa" w:w="2160"/>
          </w:tcPr>
          <w:p>
            <w:r/>
            <w:r>
              <w:t>P0</w:t>
            </w:r>
          </w:p>
        </w:tc>
      </w:tr>
      <w:tr>
        <w:tc>
          <w:tcPr>
            <w:tcW w:type="dxa" w:w="2160"/>
          </w:tcPr>
          <w:p>
            <w:r/>
            <w:r>
              <w:t>2</w:t>
            </w:r>
          </w:p>
        </w:tc>
        <w:tc>
          <w:tcPr>
            <w:tcW w:type="dxa" w:w="2160"/>
          </w:tcPr>
          <w:p>
            <w:r/>
            <w:r>
              <w:rPr>
                <w:b/>
              </w:rPr>
              <w:t>黄金现货价格驱动</w:t>
            </w:r>
          </w:p>
        </w:tc>
        <w:tc>
          <w:tcPr>
            <w:tcW w:type="dxa" w:w="2160"/>
          </w:tcPr>
          <w:p>
            <w:r/>
            <w:r>
              <w:t>投资部(龙眼)+交易部(龙手)</w:t>
            </w:r>
          </w:p>
        </w:tc>
        <w:tc>
          <w:tcPr>
            <w:tcW w:type="dxa" w:w="2160"/>
          </w:tcPr>
          <w:p>
            <w:r/>
            <w:r>
              <w:t>P0</w:t>
            </w:r>
          </w:p>
        </w:tc>
      </w:tr>
      <w:tr>
        <w:tc>
          <w:tcPr>
            <w:tcW w:type="dxa" w:w="2160"/>
          </w:tcPr>
          <w:p>
            <w:r/>
            <w:r>
              <w:t>3</w:t>
            </w:r>
          </w:p>
        </w:tc>
        <w:tc>
          <w:tcPr>
            <w:tcW w:type="dxa" w:w="2160"/>
          </w:tcPr>
          <w:p>
            <w:r/>
            <w:r>
              <w:rPr>
                <w:b/>
              </w:rPr>
              <w:t>跨境电商出口蓝海</w:t>
            </w:r>
          </w:p>
        </w:tc>
        <w:tc>
          <w:tcPr>
            <w:tcW w:type="dxa" w:w="2160"/>
          </w:tcPr>
          <w:p>
            <w:r/>
            <w:r>
              <w:t>增长部(龙拓)</w:t>
            </w:r>
          </w:p>
        </w:tc>
        <w:tc>
          <w:tcPr>
            <w:tcW w:type="dxa" w:w="2160"/>
          </w:tcPr>
          <w:p>
            <w:r/>
            <w:r>
              <w:t>P1</w:t>
            </w:r>
          </w:p>
        </w:tc>
      </w:tr>
    </w:tbl>
    <w:p/>
    <w:p>
      <w:r>
        <w:t>────────────────────────────────────</w:t>
      </w:r>
    </w:p>
    <w:p>
      <w:pPr>
        <w:pStyle w:val="Heading3"/>
      </w:pPr>
      <w:r>
        <w:t>🎯 下一步落地动作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</w:r>
            <w:r>
              <w:rPr>
                <w:b/>
              </w:rPr>
              <w:t>序号</w:t>
            </w:r>
          </w:p>
        </w:tc>
        <w:tc>
          <w:tcPr>
            <w:tcW w:type="dxa" w:w="2880"/>
          </w:tcPr>
          <w:p>
            <w:r>
              <w:rPr>
                <w:b/>
              </w:rPr>
            </w:r>
            <w:r>
              <w:rPr>
                <w:b/>
              </w:rPr>
              <w:t>部门</w:t>
            </w:r>
          </w:p>
        </w:tc>
        <w:tc>
          <w:tcPr>
            <w:tcW w:type="dxa" w:w="2880"/>
          </w:tcPr>
          <w:p>
            <w:r>
              <w:rPr>
                <w:b/>
              </w:rPr>
            </w:r>
            <w:r>
              <w:rPr>
                <w:b/>
              </w:rPr>
              <w:t>动作</w:t>
            </w:r>
          </w:p>
        </w:tc>
      </w:tr>
      <w:tr>
        <w:tc>
          <w:tcPr>
            <w:tcW w:type="dxa" w:w="2880"/>
          </w:tcPr>
          <w:p>
            <w:r/>
            <w:r>
              <w:t>1</w:t>
            </w:r>
          </w:p>
        </w:tc>
        <w:tc>
          <w:tcPr>
            <w:tcW w:type="dxa" w:w="2880"/>
          </w:tcPr>
          <w:p>
            <w:r/>
            <w:r>
              <w:t>创新部</w:t>
            </w:r>
          </w:p>
        </w:tc>
        <w:tc>
          <w:tcPr>
            <w:tcW w:type="dxa" w:w="2880"/>
          </w:tcPr>
          <w:p>
            <w:r/>
            <w:r>
              <w:t>输出《低空经济eVTOL商业化研究报告》</w:t>
            </w:r>
          </w:p>
        </w:tc>
      </w:tr>
      <w:tr>
        <w:tc>
          <w:tcPr>
            <w:tcW w:type="dxa" w:w="2880"/>
          </w:tcPr>
          <w:p>
            <w:r/>
            <w:r>
              <w:t>2</w:t>
            </w:r>
          </w:p>
        </w:tc>
        <w:tc>
          <w:tcPr>
            <w:tcW w:type="dxa" w:w="2880"/>
          </w:tcPr>
          <w:p>
            <w:r/>
            <w:r>
              <w:t>投资部+交易部</w:t>
            </w:r>
          </w:p>
        </w:tc>
        <w:tc>
          <w:tcPr>
            <w:tcW w:type="dxa" w:w="2880"/>
          </w:tcPr>
          <w:p>
            <w:r/>
            <w:r>
              <w:t>建立黄金价格监测模型，跟踪CPI/美联储政策</w:t>
            </w:r>
          </w:p>
        </w:tc>
      </w:tr>
      <w:tr>
        <w:tc>
          <w:tcPr>
            <w:tcW w:type="dxa" w:w="2880"/>
          </w:tcPr>
          <w:p>
            <w:r/>
            <w:r>
              <w:t>3</w:t>
            </w:r>
          </w:p>
        </w:tc>
        <w:tc>
          <w:tcPr>
            <w:tcW w:type="dxa" w:w="2880"/>
          </w:tcPr>
          <w:p>
            <w:r/>
            <w:r>
              <w:t>增长部</w:t>
            </w:r>
          </w:p>
        </w:tc>
        <w:tc>
          <w:tcPr>
            <w:tcW w:type="dxa" w:w="2880"/>
          </w:tcPr>
          <w:p>
            <w:r/>
            <w:r>
              <w:t>调研小众平台(eMAG/Coupang/Ozon)，建立选品工具链</w:t>
            </w:r>
          </w:p>
        </w:tc>
      </w:tr>
    </w:tbl>
    <w:p/>
    <w:p>
      <w:r>
        <w:t>────────────────────────────────────</w:t>
      </w:r>
    </w:p>
    <w:p>
      <w:pPr>
        <w:pStyle w:val="Heading3"/>
      </w:pPr>
      <w:r>
        <w:t>❌ 跳过项目</w:t>
      </w:r>
    </w:p>
    <w:p>
      <w:pPr>
        <w:pStyle w:val="ListBullet"/>
      </w:pPr>
      <w:r>
        <w:rPr>
          <w:b/>
        </w:rPr>
        <w:t>机器人具身智能</w:t>
      </w:r>
      <w:r>
        <w:t>：网页内容为machine字典释义，非产业信息</w:t>
      </w:r>
    </w:p>
    <w:p>
      <w:pPr>
        <w:pStyle w:val="ListBullet"/>
      </w:pPr>
      <w:r>
        <w:rPr>
          <w:b/>
        </w:rPr>
        <w:t>内容创作AI视频</w:t>
      </w:r>
      <w:r>
        <w:t>：联网无结果</w:t>
      </w:r>
    </w:p>
    <w:p>
      <w:pPr>
        <w:pStyle w:val="ListBullet"/>
      </w:pPr>
      <w:r>
        <w:rPr>
          <w:b/>
        </w:rPr>
        <w:t>新能源汽车出海</w:t>
      </w:r>
      <w:r>
        <w:t>：网页为导航页+汉字释义，完全无关</w:t>
      </w:r>
    </w:p>
    <w:p>
      <w:r>
        <w:t>────────────────────────────────────</w:t>
      </w:r>
    </w:p>
    <w:p>
      <w:r>
        <w:rPr>
          <w:b/>
        </w:rPr>
        <w:t>一句话总结</w:t>
      </w:r>
      <w:r>
        <w:t>：聚焦低空政策研究、黄金量化交易、跨境蓝海开拓三大赛道，架构部协调推进。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