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部门对话 · 帮我写一段零壹学堂AI培训的产品介绍，要求3句话</w:t>
      </w:r>
    </w:p>
    <w:p>
      <w:r>
        <w:rPr>
          <w:b/>
        </w:rPr>
        <w:t>零壹学堂AI培训产品介绍</w:t>
      </w:r>
    </w:p>
    <w:p>
      <w:r>
        <w:t>零壹学堂专注AI技能赋能，提供从入门到精通的系统化课程。平台汇聚COI智造部优质内容，覆盖文章/视频/PPT/图片全链路生成技能。学员通过实战项目掌握AI工具，实现一人团队十倍产能的转型突破。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